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40EB8" w14:textId="4CE3F55C" w:rsidR="007E2CCA" w:rsidRPr="007C0A28" w:rsidRDefault="00746468" w:rsidP="007C0A28">
      <w:pPr>
        <w:pStyle w:val="aa"/>
        <w:spacing w:after="100" w:line="416" w:lineRule="exact"/>
        <w:jc w:val="center"/>
        <w:rPr>
          <w:rFonts w:asciiTheme="minorEastAsia" w:eastAsiaTheme="minorEastAsia" w:hAnsiTheme="minorEastAsia"/>
          <w:lang w:eastAsia="zh-TW"/>
        </w:rPr>
      </w:pPr>
      <w:r w:rsidRPr="00612265">
        <w:rPr>
          <w:rFonts w:asciiTheme="minorEastAsia" w:eastAsiaTheme="minorEastAsia" w:hAnsiTheme="minorEastAsia"/>
          <w:b/>
          <w:sz w:val="32"/>
          <w:lang w:eastAsia="zh-TW"/>
        </w:rPr>
        <w:t>生活用水資材貸与申請書兼受領</w:t>
      </w:r>
      <w:r w:rsidR="008D5043">
        <w:rPr>
          <w:rFonts w:asciiTheme="minorEastAsia" w:eastAsiaTheme="minorEastAsia" w:hAnsiTheme="minorEastAsia" w:hint="eastAsia"/>
          <w:b/>
          <w:sz w:val="32"/>
          <w:lang w:eastAsia="zh-TW"/>
        </w:rPr>
        <w:t>書</w:t>
      </w:r>
    </w:p>
    <w:p w14:paraId="2A874FC7" w14:textId="1D7C7B54" w:rsidR="00AE5123" w:rsidRPr="00612265" w:rsidRDefault="001102DF" w:rsidP="007C0A28">
      <w:pPr>
        <w:tabs>
          <w:tab w:val="right" w:pos="10318"/>
        </w:tabs>
        <w:spacing w:beforeLines="100" w:before="240" w:after="120" w:line="240" w:lineRule="auto"/>
        <w:jc w:val="right"/>
        <w:rPr>
          <w:rFonts w:asciiTheme="minorEastAsia" w:eastAsiaTheme="minorEastAsia" w:hAnsiTheme="minorEastAsia"/>
          <w:lang w:eastAsia="zh-TW"/>
        </w:rPr>
      </w:pPr>
      <w:r w:rsidRPr="00612265">
        <w:rPr>
          <w:rFonts w:asciiTheme="minorEastAsia" w:eastAsiaTheme="minorEastAsia" w:hAnsiTheme="minorEastAsia"/>
          <w:sz w:val="21"/>
          <w:lang w:eastAsia="zh-TW"/>
        </w:rPr>
        <w:t>申請</w:t>
      </w:r>
      <w:r w:rsidR="007E2CCA" w:rsidRPr="00612265">
        <w:rPr>
          <w:rFonts w:asciiTheme="minorEastAsia" w:eastAsiaTheme="minorEastAsia" w:hAnsiTheme="minorEastAsia" w:cs="ＭＳ 明朝" w:hint="eastAsia"/>
          <w:sz w:val="21"/>
          <w:lang w:eastAsia="zh-TW"/>
        </w:rPr>
        <w:t>／</w:t>
      </w:r>
      <w:r w:rsidRPr="00612265">
        <w:rPr>
          <w:rFonts w:asciiTheme="minorEastAsia" w:eastAsiaTheme="minorEastAsia" w:hAnsiTheme="minorEastAsia"/>
          <w:sz w:val="21"/>
          <w:lang w:eastAsia="zh-TW"/>
        </w:rPr>
        <w:t>受領日　令和　　　年　　　月　　　日</w:t>
      </w:r>
    </w:p>
    <w:p w14:paraId="2FEC9EE2" w14:textId="2921C144" w:rsidR="007E2CCA" w:rsidRPr="00612265" w:rsidRDefault="007E2CCA" w:rsidP="007E2CCA">
      <w:pPr>
        <w:spacing w:after="120" w:line="286" w:lineRule="exact"/>
        <w:rPr>
          <w:rFonts w:asciiTheme="minorEastAsia" w:eastAsiaTheme="minorEastAsia" w:hAnsiTheme="minorEastAsia"/>
          <w:sz w:val="21"/>
          <w:lang w:eastAsia="ja-JP"/>
        </w:rPr>
      </w:pPr>
      <w:r w:rsidRPr="00612265">
        <w:rPr>
          <w:rFonts w:asciiTheme="minorEastAsia" w:eastAsiaTheme="minorEastAsia" w:hAnsiTheme="minorEastAsia"/>
          <w:sz w:val="21"/>
          <w:lang w:eastAsia="ja-JP"/>
        </w:rPr>
        <w:t xml:space="preserve">八代市長　</w:t>
      </w:r>
      <w:r w:rsidRPr="00612265">
        <w:rPr>
          <w:rFonts w:asciiTheme="minorEastAsia" w:eastAsiaTheme="minorEastAsia" w:hAnsiTheme="minorEastAsia" w:cs="ＭＳ 明朝" w:hint="eastAsia"/>
          <w:sz w:val="21"/>
          <w:lang w:eastAsia="ja-JP"/>
        </w:rPr>
        <w:t>様</w:t>
      </w:r>
    </w:p>
    <w:p w14:paraId="72CFBC69" w14:textId="212A3866" w:rsidR="002565DE" w:rsidRPr="00612265" w:rsidRDefault="002565DE" w:rsidP="00612265">
      <w:pPr>
        <w:spacing w:after="0" w:line="240" w:lineRule="auto"/>
        <w:jc w:val="right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612265">
        <w:rPr>
          <w:rFonts w:asciiTheme="minorEastAsia" w:eastAsiaTheme="minorEastAsia" w:hAnsiTheme="minorEastAsia" w:hint="eastAsia"/>
          <w:sz w:val="21"/>
          <w:szCs w:val="21"/>
          <w:lang w:eastAsia="ja-JP"/>
        </w:rPr>
        <w:t>※</w:t>
      </w:r>
      <w:r w:rsidR="0095650C">
        <w:rPr>
          <w:rFonts w:asciiTheme="minorEastAsia" w:eastAsiaTheme="minorEastAsia" w:hAnsiTheme="minorEastAsia" w:hint="eastAsia"/>
          <w:sz w:val="21"/>
          <w:szCs w:val="21"/>
          <w:lang w:eastAsia="ja-JP"/>
        </w:rPr>
        <w:t>太枠部分をご記入ください。</w:t>
      </w:r>
      <w:r w:rsidR="008900AE" w:rsidRPr="00612265">
        <w:rPr>
          <w:rFonts w:asciiTheme="minorEastAsia" w:eastAsiaTheme="minorEastAsia" w:hAnsiTheme="minorEastAsia"/>
          <w:sz w:val="21"/>
          <w:szCs w:val="21"/>
          <w:lang w:eastAsia="ja-JP"/>
        </w:rPr>
        <w:t>記載情報は、本</w:t>
      </w:r>
      <w:r w:rsidR="00B104BC">
        <w:rPr>
          <w:rFonts w:asciiTheme="minorEastAsia" w:eastAsiaTheme="minorEastAsia" w:hAnsiTheme="minorEastAsia" w:hint="eastAsia"/>
          <w:sz w:val="21"/>
          <w:szCs w:val="21"/>
          <w:lang w:eastAsia="ja-JP"/>
        </w:rPr>
        <w:t>申請</w:t>
      </w:r>
      <w:r w:rsidR="008900AE" w:rsidRPr="00612265">
        <w:rPr>
          <w:rFonts w:asciiTheme="minorEastAsia" w:eastAsiaTheme="minorEastAsia" w:hAnsiTheme="minorEastAsia"/>
          <w:sz w:val="21"/>
          <w:szCs w:val="21"/>
          <w:lang w:eastAsia="ja-JP"/>
        </w:rPr>
        <w:t>の受付・貸出管理・連絡</w:t>
      </w:r>
      <w:r w:rsidR="00612265" w:rsidRPr="00612265">
        <w:rPr>
          <w:rFonts w:asciiTheme="minorEastAsia" w:eastAsiaTheme="minorEastAsia" w:hAnsiTheme="minorEastAsia" w:cs="ＭＳ 明朝" w:hint="eastAsia"/>
          <w:sz w:val="21"/>
          <w:szCs w:val="21"/>
          <w:lang w:eastAsia="ja-JP"/>
        </w:rPr>
        <w:t>等</w:t>
      </w:r>
      <w:r w:rsidR="008900AE" w:rsidRPr="00612265">
        <w:rPr>
          <w:rFonts w:asciiTheme="minorEastAsia" w:eastAsiaTheme="minorEastAsia" w:hAnsiTheme="minorEastAsia"/>
          <w:sz w:val="21"/>
          <w:szCs w:val="21"/>
          <w:lang w:eastAsia="ja-JP"/>
        </w:rPr>
        <w:t>に使用します。</w:t>
      </w:r>
    </w:p>
    <w:p w14:paraId="3923B5B1" w14:textId="60489D24" w:rsidR="00AE5123" w:rsidRPr="00612265" w:rsidRDefault="00612265" w:rsidP="00612265">
      <w:pPr>
        <w:spacing w:beforeLines="50" w:before="120" w:after="0" w:line="240" w:lineRule="auto"/>
        <w:rPr>
          <w:rFonts w:asciiTheme="minorEastAsia" w:eastAsiaTheme="minorEastAsia" w:hAnsiTheme="minorEastAsia"/>
          <w:b/>
          <w:bCs/>
          <w:lang w:eastAsia="ja-JP"/>
        </w:rPr>
      </w:pPr>
      <w:r w:rsidRPr="00612265">
        <w:rPr>
          <w:rFonts w:asciiTheme="minorEastAsia" w:eastAsiaTheme="minorEastAsia" w:hAnsiTheme="minorEastAsia" w:cs="ＭＳ 明朝" w:hint="eastAsia"/>
          <w:b/>
          <w:bCs/>
          <w:lang w:eastAsia="ja-JP"/>
        </w:rPr>
        <w:t>１</w:t>
      </w:r>
      <w:r w:rsidR="00746468" w:rsidRPr="00612265">
        <w:rPr>
          <w:rFonts w:asciiTheme="minorEastAsia" w:eastAsiaTheme="minorEastAsia" w:hAnsiTheme="minorEastAsia" w:cs="ＭＳ 明朝" w:hint="eastAsia"/>
          <w:b/>
          <w:bCs/>
          <w:lang w:eastAsia="ja-JP"/>
        </w:rPr>
        <w:t xml:space="preserve">　窓口で</w:t>
      </w:r>
      <w:r w:rsidRPr="00612265">
        <w:rPr>
          <w:rFonts w:asciiTheme="minorEastAsia" w:eastAsiaTheme="minorEastAsia" w:hAnsiTheme="minorEastAsia" w:cs="ＭＳ 明朝" w:hint="eastAsia"/>
          <w:b/>
          <w:bCs/>
          <w:lang w:eastAsia="ja-JP"/>
        </w:rPr>
        <w:t>資材を</w:t>
      </w:r>
      <w:r w:rsidR="00746468" w:rsidRPr="00612265">
        <w:rPr>
          <w:rFonts w:asciiTheme="minorEastAsia" w:eastAsiaTheme="minorEastAsia" w:hAnsiTheme="minorEastAsia" w:cs="ＭＳ 明朝" w:hint="eastAsia"/>
          <w:b/>
          <w:bCs/>
          <w:lang w:eastAsia="ja-JP"/>
        </w:rPr>
        <w:t>受け取る</w:t>
      </w:r>
      <w:r w:rsidR="007E2CCA" w:rsidRPr="00612265">
        <w:rPr>
          <w:rFonts w:asciiTheme="minorEastAsia" w:eastAsiaTheme="minorEastAsia" w:hAnsiTheme="minorEastAsia" w:cs="ＭＳ 明朝" w:hint="eastAsia"/>
          <w:b/>
          <w:bCs/>
          <w:lang w:eastAsia="ja-JP"/>
        </w:rPr>
        <w:t>人</w:t>
      </w:r>
    </w:p>
    <w:tbl>
      <w:tblPr>
        <w:tblW w:w="0" w:type="auto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8731"/>
      </w:tblGrid>
      <w:tr w:rsidR="00AE5123" w:rsidRPr="00612265" w14:paraId="2DD9A2B6" w14:textId="77777777" w:rsidTr="007E2CCA">
        <w:trPr>
          <w:cantSplit/>
          <w:trHeight w:val="510"/>
          <w:jc w:val="center"/>
        </w:trPr>
        <w:tc>
          <w:tcPr>
            <w:tcW w:w="1587" w:type="dxa"/>
            <w:shd w:val="clear" w:color="auto" w:fill="FFFFFF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29FE0EEF" w14:textId="08909385" w:rsidR="00AE5123" w:rsidRPr="00612265" w:rsidRDefault="00746468" w:rsidP="004D0245">
            <w:pPr>
              <w:spacing w:after="0" w:line="273" w:lineRule="exact"/>
              <w:jc w:val="center"/>
              <w:rPr>
                <w:rFonts w:asciiTheme="minorEastAsia" w:eastAsiaTheme="minorEastAsia" w:hAnsiTheme="minorEastAsia"/>
              </w:rPr>
            </w:pPr>
            <w:r w:rsidRPr="00612265">
              <w:rPr>
                <w:rFonts w:asciiTheme="minorEastAsia" w:eastAsiaTheme="minorEastAsia" w:hAnsiTheme="minorEastAsia" w:cs="ＭＳ 明朝" w:hint="eastAsia"/>
                <w:sz w:val="21"/>
              </w:rPr>
              <w:t>氏</w:t>
            </w:r>
            <w:r w:rsidR="004D0245" w:rsidRPr="00612265">
              <w:rPr>
                <w:rFonts w:asciiTheme="minorEastAsia" w:eastAsiaTheme="minorEastAsia" w:hAnsiTheme="minorEastAsia" w:cs="ＭＳ 明朝" w:hint="eastAsia"/>
                <w:sz w:val="21"/>
                <w:lang w:eastAsia="ja-JP"/>
              </w:rPr>
              <w:t xml:space="preserve">　</w:t>
            </w:r>
            <w:r w:rsidRPr="00612265">
              <w:rPr>
                <w:rFonts w:asciiTheme="minorEastAsia" w:eastAsiaTheme="minorEastAsia" w:hAnsiTheme="minorEastAsia"/>
                <w:sz w:val="21"/>
              </w:rPr>
              <w:t>名</w:t>
            </w:r>
          </w:p>
        </w:tc>
        <w:tc>
          <w:tcPr>
            <w:tcW w:w="8731" w:type="dxa"/>
            <w:shd w:val="clear" w:color="auto" w:fill="FFFFFF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128FB32E" w14:textId="77777777" w:rsidR="00AE5123" w:rsidRPr="00612265" w:rsidRDefault="00AE5123">
            <w:pPr>
              <w:spacing w:after="0" w:line="273" w:lineRule="exact"/>
              <w:rPr>
                <w:rFonts w:asciiTheme="minorEastAsia" w:eastAsiaTheme="minorEastAsia" w:hAnsiTheme="minorEastAsia"/>
              </w:rPr>
            </w:pPr>
          </w:p>
        </w:tc>
      </w:tr>
      <w:tr w:rsidR="00AE5123" w:rsidRPr="00612265" w14:paraId="4F5D9111" w14:textId="77777777" w:rsidTr="007E2CCA">
        <w:trPr>
          <w:cantSplit/>
          <w:trHeight w:val="544"/>
          <w:jc w:val="center"/>
        </w:trPr>
        <w:tc>
          <w:tcPr>
            <w:tcW w:w="1587" w:type="dxa"/>
            <w:shd w:val="clear" w:color="auto" w:fill="FFFFFF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1143E009" w14:textId="2D780DE4" w:rsidR="00AE5123" w:rsidRPr="00612265" w:rsidRDefault="00746468" w:rsidP="004D0245">
            <w:pPr>
              <w:spacing w:after="0" w:line="273" w:lineRule="exact"/>
              <w:jc w:val="center"/>
              <w:rPr>
                <w:rFonts w:asciiTheme="minorEastAsia" w:eastAsiaTheme="minorEastAsia" w:hAnsiTheme="minorEastAsia"/>
              </w:rPr>
            </w:pPr>
            <w:r w:rsidRPr="00612265">
              <w:rPr>
                <w:rFonts w:asciiTheme="minorEastAsia" w:eastAsiaTheme="minorEastAsia" w:hAnsiTheme="minorEastAsia"/>
                <w:sz w:val="21"/>
              </w:rPr>
              <w:t>住</w:t>
            </w:r>
            <w:r w:rsidR="004D0245" w:rsidRPr="00612265">
              <w:rPr>
                <w:rFonts w:asciiTheme="minorEastAsia" w:eastAsiaTheme="minorEastAsia" w:hAnsiTheme="minorEastAsia" w:cs="ＭＳ 明朝" w:hint="eastAsia"/>
                <w:sz w:val="21"/>
                <w:lang w:eastAsia="ja-JP"/>
              </w:rPr>
              <w:t xml:space="preserve">　</w:t>
            </w:r>
            <w:r w:rsidRPr="00612265">
              <w:rPr>
                <w:rFonts w:asciiTheme="minorEastAsia" w:eastAsiaTheme="minorEastAsia" w:hAnsiTheme="minorEastAsia"/>
                <w:sz w:val="21"/>
              </w:rPr>
              <w:t>所</w:t>
            </w:r>
          </w:p>
        </w:tc>
        <w:tc>
          <w:tcPr>
            <w:tcW w:w="8731" w:type="dxa"/>
            <w:shd w:val="clear" w:color="auto" w:fill="FFFFFF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73F66A6B" w14:textId="77777777" w:rsidR="00AE5123" w:rsidRPr="00612265" w:rsidRDefault="00AE5123">
            <w:pPr>
              <w:spacing w:after="0" w:line="273" w:lineRule="exact"/>
              <w:rPr>
                <w:rFonts w:asciiTheme="minorEastAsia" w:eastAsiaTheme="minorEastAsia" w:hAnsiTheme="minorEastAsia"/>
              </w:rPr>
            </w:pPr>
          </w:p>
        </w:tc>
      </w:tr>
      <w:tr w:rsidR="00AE5123" w:rsidRPr="00612265" w14:paraId="72704515" w14:textId="77777777" w:rsidTr="007E2CCA">
        <w:trPr>
          <w:cantSplit/>
          <w:trHeight w:val="569"/>
          <w:jc w:val="center"/>
        </w:trPr>
        <w:tc>
          <w:tcPr>
            <w:tcW w:w="1587" w:type="dxa"/>
            <w:shd w:val="clear" w:color="auto" w:fill="FFFFFF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53931F4D" w14:textId="77777777" w:rsidR="00AE5123" w:rsidRPr="00612265" w:rsidRDefault="00746468" w:rsidP="004D0245">
            <w:pPr>
              <w:spacing w:after="0" w:line="273" w:lineRule="exact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612265">
              <w:rPr>
                <w:rFonts w:asciiTheme="minorEastAsia" w:eastAsiaTheme="minorEastAsia" w:hAnsiTheme="minorEastAsia"/>
                <w:sz w:val="21"/>
              </w:rPr>
              <w:t>電話番号</w:t>
            </w:r>
            <w:proofErr w:type="spellEnd"/>
          </w:p>
        </w:tc>
        <w:tc>
          <w:tcPr>
            <w:tcW w:w="8731" w:type="dxa"/>
            <w:shd w:val="clear" w:color="auto" w:fill="FFFFFF"/>
            <w:tcMar>
              <w:top w:w="70" w:type="dxa"/>
              <w:left w:w="105" w:type="dxa"/>
              <w:bottom w:w="70" w:type="dxa"/>
              <w:right w:w="105" w:type="dxa"/>
            </w:tcMar>
          </w:tcPr>
          <w:p w14:paraId="4E24BCEA" w14:textId="220C2B74" w:rsidR="00AE5123" w:rsidRPr="00612265" w:rsidRDefault="00746468" w:rsidP="008900AE">
            <w:pPr>
              <w:spacing w:after="0" w:line="240" w:lineRule="auto"/>
              <w:rPr>
                <w:rFonts w:asciiTheme="minorEastAsia" w:eastAsiaTheme="minorEastAsia" w:hAnsiTheme="minorEastAsia"/>
                <w:sz w:val="18"/>
                <w:szCs w:val="20"/>
                <w:lang w:eastAsia="ja-JP"/>
              </w:rPr>
            </w:pPr>
            <w:r w:rsidRPr="00612265">
              <w:rPr>
                <w:rFonts w:asciiTheme="minorEastAsia" w:eastAsiaTheme="minorEastAsia" w:hAnsiTheme="minorEastAsia"/>
                <w:sz w:val="18"/>
                <w:szCs w:val="20"/>
                <w:lang w:eastAsia="ja-JP"/>
              </w:rPr>
              <w:t>連絡のつく</w:t>
            </w:r>
            <w:r w:rsidR="008900AE" w:rsidRPr="00612265">
              <w:rPr>
                <w:rFonts w:asciiTheme="minorEastAsia" w:eastAsiaTheme="minorEastAsia" w:hAnsiTheme="minorEastAsia" w:cs="ＭＳ 明朝" w:hint="eastAsia"/>
                <w:sz w:val="18"/>
                <w:szCs w:val="20"/>
                <w:lang w:eastAsia="ja-JP"/>
              </w:rPr>
              <w:t>電話</w:t>
            </w:r>
            <w:r w:rsidRPr="00612265">
              <w:rPr>
                <w:rFonts w:asciiTheme="minorEastAsia" w:eastAsiaTheme="minorEastAsia" w:hAnsiTheme="minorEastAsia"/>
                <w:sz w:val="18"/>
                <w:szCs w:val="20"/>
                <w:lang w:eastAsia="ja-JP"/>
              </w:rPr>
              <w:t>番号</w:t>
            </w:r>
            <w:r w:rsidR="004D0245" w:rsidRPr="00612265">
              <w:rPr>
                <w:rFonts w:asciiTheme="minorEastAsia" w:eastAsiaTheme="minorEastAsia" w:hAnsiTheme="minorEastAsia" w:cs="ＭＳ 明朝" w:hint="eastAsia"/>
                <w:sz w:val="18"/>
                <w:szCs w:val="20"/>
                <w:lang w:eastAsia="ja-JP"/>
              </w:rPr>
              <w:t>をご</w:t>
            </w:r>
            <w:r w:rsidRPr="00612265">
              <w:rPr>
                <w:rFonts w:asciiTheme="minorEastAsia" w:eastAsiaTheme="minorEastAsia" w:hAnsiTheme="minorEastAsia"/>
                <w:sz w:val="18"/>
                <w:szCs w:val="20"/>
                <w:lang w:eastAsia="ja-JP"/>
              </w:rPr>
              <w:t>記入ください。</w:t>
            </w:r>
          </w:p>
        </w:tc>
      </w:tr>
    </w:tbl>
    <w:p w14:paraId="0997697B" w14:textId="00FEB0DF" w:rsidR="00AE5123" w:rsidRPr="00612265" w:rsidRDefault="00612265" w:rsidP="00612265">
      <w:pPr>
        <w:pStyle w:val="1"/>
        <w:spacing w:before="120" w:after="0" w:line="240" w:lineRule="auto"/>
        <w:rPr>
          <w:rFonts w:asciiTheme="minorEastAsia" w:eastAsiaTheme="minorEastAsia" w:hAnsiTheme="minorEastAsia"/>
          <w:lang w:eastAsia="ja-JP"/>
        </w:rPr>
      </w:pPr>
      <w:r w:rsidRPr="00612265">
        <w:rPr>
          <w:rFonts w:asciiTheme="minorEastAsia" w:eastAsiaTheme="minorEastAsia" w:hAnsiTheme="minorEastAsia" w:hint="eastAsia"/>
          <w:lang w:eastAsia="ja-JP"/>
        </w:rPr>
        <w:t>２</w:t>
      </w:r>
      <w:r w:rsidR="00746468" w:rsidRPr="00612265">
        <w:rPr>
          <w:rFonts w:asciiTheme="minorEastAsia" w:eastAsiaTheme="minorEastAsia" w:hAnsiTheme="minorEastAsia" w:cs="ＭＳ 明朝" w:hint="eastAsia"/>
          <w:lang w:eastAsia="ja-JP"/>
        </w:rPr>
        <w:t xml:space="preserve">　資材を</w:t>
      </w:r>
      <w:r w:rsidR="002565DE" w:rsidRPr="00612265">
        <w:rPr>
          <w:rFonts w:asciiTheme="minorEastAsia" w:eastAsiaTheme="minorEastAsia" w:hAnsiTheme="minorEastAsia" w:cs="ＭＳ 明朝" w:hint="eastAsia"/>
          <w:lang w:eastAsia="ja-JP"/>
        </w:rPr>
        <w:t>使用する</w:t>
      </w:r>
      <w:r w:rsidR="007E2CCA" w:rsidRPr="00612265">
        <w:rPr>
          <w:rFonts w:asciiTheme="minorEastAsia" w:eastAsiaTheme="minorEastAsia" w:hAnsiTheme="minorEastAsia" w:cs="ＭＳ 明朝" w:hint="eastAsia"/>
          <w:lang w:eastAsia="ja-JP"/>
        </w:rPr>
        <w:t>人</w:t>
      </w:r>
      <w:r w:rsidR="00746468" w:rsidRPr="00612265">
        <w:rPr>
          <w:rFonts w:asciiTheme="minorEastAsia" w:eastAsiaTheme="minorEastAsia" w:hAnsiTheme="minorEastAsia" w:cs="ＭＳ 明朝" w:hint="eastAsia"/>
          <w:lang w:eastAsia="ja-JP"/>
        </w:rPr>
        <w:t>・</w:t>
      </w:r>
      <w:r w:rsidR="007E2CCA" w:rsidRPr="00612265">
        <w:rPr>
          <w:rFonts w:asciiTheme="minorEastAsia" w:eastAsiaTheme="minorEastAsia" w:hAnsiTheme="minorEastAsia" w:cs="ＭＳ 明朝" w:hint="eastAsia"/>
          <w:lang w:eastAsia="ja-JP"/>
        </w:rPr>
        <w:t>資材の</w:t>
      </w:r>
      <w:r w:rsidR="00746468" w:rsidRPr="00612265">
        <w:rPr>
          <w:rFonts w:asciiTheme="minorEastAsia" w:eastAsiaTheme="minorEastAsia" w:hAnsiTheme="minorEastAsia" w:cs="ＭＳ 明朝" w:hint="eastAsia"/>
          <w:lang w:eastAsia="ja-JP"/>
        </w:rPr>
        <w:t>設置場所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7"/>
        <w:gridCol w:w="8731"/>
      </w:tblGrid>
      <w:tr w:rsidR="004D0245" w:rsidRPr="00612265" w14:paraId="53E9C01F" w14:textId="77777777" w:rsidTr="00612265">
        <w:trPr>
          <w:cantSplit/>
          <w:trHeight w:val="59"/>
          <w:jc w:val="center"/>
        </w:trPr>
        <w:tc>
          <w:tcPr>
            <w:tcW w:w="1587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D9D9D9"/>
            </w:tcBorders>
            <w:shd w:val="clear" w:color="auto" w:fill="FFFFFF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10B65C5E" w14:textId="435C75F4" w:rsidR="004D0245" w:rsidRPr="00612265" w:rsidRDefault="004D0245" w:rsidP="004D0245">
            <w:pPr>
              <w:spacing w:after="0" w:line="273" w:lineRule="exact"/>
              <w:jc w:val="center"/>
              <w:rPr>
                <w:rFonts w:asciiTheme="minorEastAsia" w:eastAsiaTheme="minorEastAsia" w:hAnsiTheme="minorEastAsia"/>
                <w:lang w:eastAsia="ja-JP"/>
              </w:rPr>
            </w:pPr>
            <w:r w:rsidRPr="00612265">
              <w:rPr>
                <w:rFonts w:asciiTheme="minorEastAsia" w:eastAsiaTheme="minorEastAsia" w:hAnsiTheme="minorEastAsia" w:cs="ＭＳ 明朝" w:hint="eastAsia"/>
                <w:sz w:val="21"/>
                <w:lang w:eastAsia="ja-JP"/>
              </w:rPr>
              <w:t>使用する人</w:t>
            </w:r>
          </w:p>
        </w:tc>
        <w:tc>
          <w:tcPr>
            <w:tcW w:w="8731" w:type="dxa"/>
            <w:tcBorders>
              <w:top w:val="single" w:sz="24" w:space="0" w:color="auto"/>
              <w:left w:val="single" w:sz="6" w:space="0" w:color="D9D9D9"/>
              <w:bottom w:val="single" w:sz="5" w:space="0" w:color="D9D9D9"/>
              <w:right w:val="single" w:sz="24" w:space="0" w:color="auto"/>
            </w:tcBorders>
            <w:shd w:val="clear" w:color="auto" w:fill="FFFFFF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3F023CF8" w14:textId="3055EB30" w:rsidR="004D0245" w:rsidRPr="00612265" w:rsidRDefault="004D0245" w:rsidP="004D0245">
            <w:pPr>
              <w:pStyle w:val="ae"/>
              <w:numPr>
                <w:ilvl w:val="0"/>
                <w:numId w:val="10"/>
              </w:numPr>
              <w:spacing w:after="0" w:line="273" w:lineRule="exact"/>
              <w:rPr>
                <w:rFonts w:asciiTheme="minorEastAsia" w:eastAsiaTheme="minorEastAsia" w:hAnsiTheme="minorEastAsia"/>
                <w:lang w:eastAsia="ja-JP"/>
              </w:rPr>
            </w:pPr>
            <w:r w:rsidRPr="00612265">
              <w:rPr>
                <w:rFonts w:asciiTheme="minorEastAsia" w:eastAsiaTheme="minorEastAsia" w:hAnsiTheme="minorEastAsia" w:cs="ＭＳ 明朝" w:hint="eastAsia"/>
                <w:sz w:val="21"/>
                <w:lang w:eastAsia="ja-JP"/>
              </w:rPr>
              <w:t>受け取る人と同じ</w:t>
            </w:r>
          </w:p>
        </w:tc>
      </w:tr>
      <w:tr w:rsidR="004D0245" w:rsidRPr="00612265" w14:paraId="0BEE4916" w14:textId="77777777" w:rsidTr="002565DE">
        <w:trPr>
          <w:cantSplit/>
          <w:trHeight w:val="410"/>
          <w:jc w:val="center"/>
        </w:trPr>
        <w:tc>
          <w:tcPr>
            <w:tcW w:w="1587" w:type="dxa"/>
            <w:vMerge/>
            <w:tcBorders>
              <w:left w:val="single" w:sz="24" w:space="0" w:color="auto"/>
              <w:bottom w:val="single" w:sz="5" w:space="0" w:color="D9D9D9"/>
              <w:right w:val="single" w:sz="6" w:space="0" w:color="D9D9D9"/>
            </w:tcBorders>
            <w:shd w:val="clear" w:color="auto" w:fill="FFFFFF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067D897A" w14:textId="77777777" w:rsidR="004D0245" w:rsidRPr="00612265" w:rsidRDefault="004D0245" w:rsidP="004D0245">
            <w:pPr>
              <w:spacing w:after="0" w:line="273" w:lineRule="exact"/>
              <w:jc w:val="center"/>
              <w:rPr>
                <w:rFonts w:asciiTheme="minorEastAsia" w:eastAsiaTheme="minorEastAsia" w:hAnsiTheme="minorEastAsia" w:cs="ＭＳ 明朝"/>
                <w:sz w:val="21"/>
                <w:lang w:eastAsia="ja-JP"/>
              </w:rPr>
            </w:pPr>
          </w:p>
        </w:tc>
        <w:tc>
          <w:tcPr>
            <w:tcW w:w="8731" w:type="dxa"/>
            <w:tcBorders>
              <w:top w:val="single" w:sz="5" w:space="0" w:color="D9D9D9"/>
              <w:left w:val="single" w:sz="6" w:space="0" w:color="D9D9D9"/>
              <w:bottom w:val="single" w:sz="5" w:space="0" w:color="D9D9D9"/>
              <w:right w:val="single" w:sz="24" w:space="0" w:color="auto"/>
            </w:tcBorders>
            <w:shd w:val="clear" w:color="auto" w:fill="FFFFFF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190FBDBA" w14:textId="1432A86E" w:rsidR="004D0245" w:rsidRPr="00612265" w:rsidRDefault="004D0245" w:rsidP="004D0245">
            <w:pPr>
              <w:pStyle w:val="ae"/>
              <w:numPr>
                <w:ilvl w:val="0"/>
                <w:numId w:val="10"/>
              </w:numPr>
              <w:spacing w:after="0" w:line="273" w:lineRule="exact"/>
              <w:rPr>
                <w:rFonts w:asciiTheme="minorEastAsia" w:eastAsiaTheme="minorEastAsia" w:hAnsiTheme="minorEastAsia" w:cs="ＭＳ 明朝"/>
                <w:sz w:val="21"/>
                <w:lang w:eastAsia="ja-JP"/>
              </w:rPr>
            </w:pPr>
            <w:r w:rsidRPr="00612265">
              <w:rPr>
                <w:rFonts w:asciiTheme="minorEastAsia" w:eastAsiaTheme="minorEastAsia" w:hAnsiTheme="minorEastAsia" w:cs="ＭＳ 明朝" w:hint="eastAsia"/>
                <w:sz w:val="21"/>
                <w:lang w:eastAsia="ja-JP"/>
              </w:rPr>
              <w:t>別の人が使う　　使用者氏名</w:t>
            </w:r>
            <w:r w:rsidR="007E2CCA" w:rsidRPr="00612265">
              <w:rPr>
                <w:rFonts w:asciiTheme="minorEastAsia" w:eastAsiaTheme="minorEastAsia" w:hAnsiTheme="minorEastAsia" w:cs="ＭＳ 明朝" w:hint="eastAsia"/>
                <w:sz w:val="21"/>
                <w:lang w:eastAsia="ja-JP"/>
              </w:rPr>
              <w:t>：</w:t>
            </w:r>
          </w:p>
        </w:tc>
      </w:tr>
      <w:tr w:rsidR="007E2CCA" w:rsidRPr="00612265" w14:paraId="0247E87D" w14:textId="77777777" w:rsidTr="002565DE">
        <w:trPr>
          <w:cantSplit/>
          <w:trHeight w:val="20"/>
          <w:jc w:val="center"/>
        </w:trPr>
        <w:tc>
          <w:tcPr>
            <w:tcW w:w="1587" w:type="dxa"/>
            <w:vMerge w:val="restart"/>
            <w:tcBorders>
              <w:top w:val="single" w:sz="5" w:space="0" w:color="D9D9D9"/>
              <w:left w:val="single" w:sz="24" w:space="0" w:color="auto"/>
              <w:right w:val="single" w:sz="6" w:space="0" w:color="D9D9D9"/>
            </w:tcBorders>
            <w:shd w:val="clear" w:color="auto" w:fill="FFFFFF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7036765F" w14:textId="77777777" w:rsidR="002565DE" w:rsidRPr="00612265" w:rsidRDefault="007E2CCA" w:rsidP="004D0245">
            <w:pPr>
              <w:spacing w:after="0" w:line="273" w:lineRule="exact"/>
              <w:jc w:val="center"/>
              <w:rPr>
                <w:rFonts w:asciiTheme="minorEastAsia" w:eastAsiaTheme="minorEastAsia" w:hAnsiTheme="minorEastAsia"/>
                <w:sz w:val="21"/>
                <w:lang w:eastAsia="ja-JP"/>
              </w:rPr>
            </w:pPr>
            <w:proofErr w:type="spellStart"/>
            <w:r w:rsidRPr="00612265">
              <w:rPr>
                <w:rFonts w:asciiTheme="minorEastAsia" w:eastAsiaTheme="minorEastAsia" w:hAnsiTheme="minorEastAsia"/>
                <w:sz w:val="21"/>
              </w:rPr>
              <w:t>設置場所</w:t>
            </w:r>
            <w:proofErr w:type="spellEnd"/>
          </w:p>
          <w:p w14:paraId="497C50C9" w14:textId="0F594EF3" w:rsidR="007E2CCA" w:rsidRPr="00612265" w:rsidRDefault="007E2CCA" w:rsidP="004D0245">
            <w:pPr>
              <w:spacing w:after="0" w:line="273" w:lineRule="exact"/>
              <w:jc w:val="center"/>
              <w:rPr>
                <w:rFonts w:asciiTheme="minorEastAsia" w:eastAsiaTheme="minorEastAsia" w:hAnsiTheme="minorEastAsia"/>
              </w:rPr>
            </w:pPr>
            <w:r w:rsidRPr="00612265">
              <w:rPr>
                <w:rFonts w:asciiTheme="minorEastAsia" w:eastAsiaTheme="minorEastAsia" w:hAnsiTheme="minorEastAsia"/>
                <w:sz w:val="21"/>
              </w:rPr>
              <w:t>（</w:t>
            </w:r>
            <w:proofErr w:type="spellStart"/>
            <w:r w:rsidRPr="00612265">
              <w:rPr>
                <w:rFonts w:asciiTheme="minorEastAsia" w:eastAsiaTheme="minorEastAsia" w:hAnsiTheme="minorEastAsia"/>
                <w:sz w:val="21"/>
              </w:rPr>
              <w:t>住所</w:t>
            </w:r>
            <w:proofErr w:type="spellEnd"/>
            <w:r w:rsidRPr="00612265">
              <w:rPr>
                <w:rFonts w:asciiTheme="minorEastAsia" w:eastAsiaTheme="minorEastAsia" w:hAnsiTheme="minorEastAsia"/>
                <w:sz w:val="21"/>
              </w:rPr>
              <w:t>）</w:t>
            </w:r>
          </w:p>
        </w:tc>
        <w:tc>
          <w:tcPr>
            <w:tcW w:w="8731" w:type="dxa"/>
            <w:tcBorders>
              <w:top w:val="single" w:sz="5" w:space="0" w:color="D9D9D9"/>
              <w:left w:val="single" w:sz="6" w:space="0" w:color="D9D9D9"/>
              <w:bottom w:val="single" w:sz="5" w:space="0" w:color="D9D9D9"/>
              <w:right w:val="single" w:sz="24" w:space="0" w:color="auto"/>
            </w:tcBorders>
            <w:shd w:val="clear" w:color="auto" w:fill="FFFFFF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4133FB99" w14:textId="1DFC6540" w:rsidR="007E2CCA" w:rsidRPr="00612265" w:rsidRDefault="007E2CCA" w:rsidP="007E2CCA">
            <w:pPr>
              <w:pStyle w:val="ae"/>
              <w:numPr>
                <w:ilvl w:val="0"/>
                <w:numId w:val="10"/>
              </w:numPr>
              <w:spacing w:after="0" w:line="273" w:lineRule="exact"/>
              <w:rPr>
                <w:rFonts w:asciiTheme="minorEastAsia" w:eastAsiaTheme="minorEastAsia" w:hAnsiTheme="minorEastAsia"/>
                <w:lang w:eastAsia="ja-JP"/>
              </w:rPr>
            </w:pPr>
            <w:r w:rsidRPr="00612265">
              <w:rPr>
                <w:rFonts w:asciiTheme="minorEastAsia" w:eastAsiaTheme="minorEastAsia" w:hAnsiTheme="minorEastAsia" w:cs="ＭＳ 明朝" w:hint="eastAsia"/>
                <w:sz w:val="21"/>
                <w:lang w:eastAsia="ja-JP"/>
              </w:rPr>
              <w:t>受け取る人の住所と同じ</w:t>
            </w:r>
          </w:p>
        </w:tc>
      </w:tr>
      <w:tr w:rsidR="007E2CCA" w:rsidRPr="00612265" w14:paraId="35446F6B" w14:textId="77777777" w:rsidTr="002565DE">
        <w:trPr>
          <w:cantSplit/>
          <w:trHeight w:val="443"/>
          <w:jc w:val="center"/>
        </w:trPr>
        <w:tc>
          <w:tcPr>
            <w:tcW w:w="1587" w:type="dxa"/>
            <w:vMerge/>
            <w:tcBorders>
              <w:left w:val="single" w:sz="24" w:space="0" w:color="auto"/>
              <w:bottom w:val="single" w:sz="24" w:space="0" w:color="auto"/>
              <w:right w:val="single" w:sz="6" w:space="0" w:color="D9D9D9"/>
            </w:tcBorders>
            <w:shd w:val="clear" w:color="auto" w:fill="FFFFFF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20E5C277" w14:textId="77777777" w:rsidR="007E2CCA" w:rsidRPr="00612265" w:rsidRDefault="007E2CCA" w:rsidP="004D0245">
            <w:pPr>
              <w:spacing w:after="0" w:line="273" w:lineRule="exact"/>
              <w:jc w:val="center"/>
              <w:rPr>
                <w:rFonts w:asciiTheme="minorEastAsia" w:eastAsiaTheme="minorEastAsia" w:hAnsiTheme="minorEastAsia"/>
                <w:sz w:val="21"/>
                <w:lang w:eastAsia="ja-JP"/>
              </w:rPr>
            </w:pPr>
          </w:p>
        </w:tc>
        <w:tc>
          <w:tcPr>
            <w:tcW w:w="8731" w:type="dxa"/>
            <w:tcBorders>
              <w:top w:val="single" w:sz="5" w:space="0" w:color="D9D9D9"/>
              <w:left w:val="single" w:sz="6" w:space="0" w:color="D9D9D9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2962257A" w14:textId="74682041" w:rsidR="007E2CCA" w:rsidRPr="00612265" w:rsidRDefault="007E2CCA" w:rsidP="007E2CCA">
            <w:pPr>
              <w:pStyle w:val="ae"/>
              <w:numPr>
                <w:ilvl w:val="0"/>
                <w:numId w:val="10"/>
              </w:numPr>
              <w:spacing w:after="0" w:line="273" w:lineRule="exact"/>
              <w:rPr>
                <w:rFonts w:asciiTheme="minorEastAsia" w:eastAsiaTheme="minorEastAsia" w:hAnsiTheme="minorEastAsia"/>
                <w:sz w:val="21"/>
                <w:lang w:eastAsia="ja-JP"/>
              </w:rPr>
            </w:pPr>
            <w:r w:rsidRPr="00612265">
              <w:rPr>
                <w:rFonts w:asciiTheme="minorEastAsia" w:eastAsiaTheme="minorEastAsia" w:hAnsiTheme="minorEastAsia" w:cs="ＭＳ 明朝" w:hint="eastAsia"/>
                <w:sz w:val="21"/>
                <w:lang w:eastAsia="ja-JP"/>
              </w:rPr>
              <w:t>受け取る人と別の住所　住所：</w:t>
            </w:r>
          </w:p>
        </w:tc>
      </w:tr>
    </w:tbl>
    <w:p w14:paraId="1BAEB6F7" w14:textId="4FCE8F5C" w:rsidR="00AE5123" w:rsidRPr="00612265" w:rsidRDefault="00612265" w:rsidP="004D0245">
      <w:pPr>
        <w:spacing w:before="60" w:line="247" w:lineRule="exact"/>
        <w:ind w:firstLineChars="100" w:firstLine="200"/>
        <w:rPr>
          <w:rFonts w:asciiTheme="minorEastAsia" w:eastAsiaTheme="minorEastAsia" w:hAnsiTheme="minorEastAsia"/>
          <w:sz w:val="24"/>
          <w:szCs w:val="24"/>
          <w:u w:val="single"/>
          <w:lang w:eastAsia="ja-JP"/>
        </w:rPr>
      </w:pPr>
      <w:r w:rsidRPr="00612265">
        <w:rPr>
          <w:rFonts w:asciiTheme="minorEastAsia" w:eastAsiaTheme="minorEastAsia" w:hAnsiTheme="minorEastAsia" w:cs="ＭＳ 明朝" w:hint="eastAsia"/>
          <w:sz w:val="20"/>
          <w:szCs w:val="24"/>
          <w:u w:val="single"/>
          <w:lang w:eastAsia="ja-JP"/>
        </w:rPr>
        <w:t>※</w:t>
      </w:r>
      <w:r w:rsidR="00746468" w:rsidRPr="00612265">
        <w:rPr>
          <w:rFonts w:asciiTheme="minorEastAsia" w:eastAsiaTheme="minorEastAsia" w:hAnsiTheme="minorEastAsia"/>
          <w:sz w:val="20"/>
          <w:szCs w:val="24"/>
          <w:u w:val="single"/>
          <w:lang w:eastAsia="ja-JP"/>
        </w:rPr>
        <w:t>代理で受け取る場合は、</w:t>
      </w:r>
      <w:r w:rsidR="002565DE" w:rsidRPr="00612265">
        <w:rPr>
          <w:rFonts w:asciiTheme="minorEastAsia" w:eastAsiaTheme="minorEastAsia" w:hAnsiTheme="minorEastAsia" w:cs="ＭＳ 明朝" w:hint="eastAsia"/>
          <w:sz w:val="20"/>
          <w:szCs w:val="24"/>
          <w:u w:val="single"/>
          <w:lang w:eastAsia="ja-JP"/>
        </w:rPr>
        <w:t>あらかじめ</w:t>
      </w:r>
      <w:r w:rsidR="007E2CCA" w:rsidRPr="00612265">
        <w:rPr>
          <w:rFonts w:asciiTheme="minorEastAsia" w:eastAsiaTheme="minorEastAsia" w:hAnsiTheme="minorEastAsia" w:cs="ＭＳ 明朝" w:hint="eastAsia"/>
          <w:sz w:val="20"/>
          <w:szCs w:val="24"/>
          <w:u w:val="single"/>
          <w:lang w:eastAsia="ja-JP"/>
        </w:rPr>
        <w:t>使用する人の</w:t>
      </w:r>
      <w:r w:rsidR="00746468" w:rsidRPr="00612265">
        <w:rPr>
          <w:rFonts w:asciiTheme="minorEastAsia" w:eastAsiaTheme="minorEastAsia" w:hAnsiTheme="minorEastAsia"/>
          <w:sz w:val="20"/>
          <w:szCs w:val="24"/>
          <w:u w:val="single"/>
          <w:lang w:eastAsia="ja-JP"/>
        </w:rPr>
        <w:t>了承</w:t>
      </w:r>
      <w:r w:rsidR="007E2CCA" w:rsidRPr="00612265">
        <w:rPr>
          <w:rFonts w:asciiTheme="minorEastAsia" w:eastAsiaTheme="minorEastAsia" w:hAnsiTheme="minorEastAsia" w:cs="ＭＳ 明朝" w:hint="eastAsia"/>
          <w:sz w:val="20"/>
          <w:szCs w:val="24"/>
          <w:u w:val="single"/>
          <w:lang w:eastAsia="ja-JP"/>
        </w:rPr>
        <w:t>（委任）</w:t>
      </w:r>
      <w:r w:rsidR="00746468" w:rsidRPr="00612265">
        <w:rPr>
          <w:rFonts w:asciiTheme="minorEastAsia" w:eastAsiaTheme="minorEastAsia" w:hAnsiTheme="minorEastAsia"/>
          <w:sz w:val="20"/>
          <w:szCs w:val="24"/>
          <w:u w:val="single"/>
          <w:lang w:eastAsia="ja-JP"/>
        </w:rPr>
        <w:t>を得てください。</w:t>
      </w:r>
    </w:p>
    <w:p w14:paraId="5FAB3CFF" w14:textId="45D405A5" w:rsidR="00AE5123" w:rsidRPr="00612265" w:rsidRDefault="00612265" w:rsidP="00612265">
      <w:pPr>
        <w:pStyle w:val="1"/>
        <w:spacing w:before="240" w:after="0" w:line="240" w:lineRule="auto"/>
        <w:rPr>
          <w:rFonts w:asciiTheme="minorEastAsia" w:eastAsiaTheme="minorEastAsia" w:hAnsiTheme="minorEastAsia"/>
          <w:lang w:eastAsia="ja-JP"/>
        </w:rPr>
      </w:pPr>
      <w:r w:rsidRPr="00612265">
        <w:rPr>
          <w:rFonts w:asciiTheme="minorEastAsia" w:eastAsiaTheme="minorEastAsia" w:hAnsiTheme="minorEastAsia" w:hint="eastAsia"/>
          <w:lang w:eastAsia="ja-JP"/>
        </w:rPr>
        <w:t>３</w:t>
      </w:r>
      <w:r w:rsidR="00746468" w:rsidRPr="00612265">
        <w:rPr>
          <w:rFonts w:asciiTheme="minorEastAsia" w:eastAsiaTheme="minorEastAsia" w:hAnsiTheme="minorEastAsia" w:cs="ＭＳ 明朝" w:hint="eastAsia"/>
          <w:lang w:eastAsia="ja-JP"/>
        </w:rPr>
        <w:t xml:space="preserve">　</w:t>
      </w:r>
      <w:r w:rsidR="00746468" w:rsidRPr="00612265">
        <w:rPr>
          <w:rFonts w:asciiTheme="minorEastAsia" w:eastAsiaTheme="minorEastAsia" w:hAnsiTheme="minorEastAsia"/>
          <w:lang w:eastAsia="ja-JP"/>
        </w:rPr>
        <w:t>次の事項を確認し、資材の貸与を申請します。</w:t>
      </w:r>
    </w:p>
    <w:p w14:paraId="474FEE89" w14:textId="71E97257" w:rsidR="00AE5123" w:rsidRPr="00612265" w:rsidRDefault="00746468" w:rsidP="001102DF">
      <w:pPr>
        <w:spacing w:after="40" w:line="273" w:lineRule="exact"/>
        <w:ind w:firstLineChars="100" w:firstLine="210"/>
        <w:rPr>
          <w:rFonts w:asciiTheme="minorEastAsia" w:eastAsiaTheme="minorEastAsia" w:hAnsiTheme="minorEastAsia"/>
          <w:lang w:eastAsia="ja-JP"/>
        </w:rPr>
      </w:pPr>
      <w:r w:rsidRPr="00612265">
        <w:rPr>
          <w:rFonts w:asciiTheme="minorEastAsia" w:eastAsiaTheme="minorEastAsia" w:hAnsiTheme="minorEastAsia" w:cs="ＭＳ 明朝" w:hint="eastAsia"/>
          <w:sz w:val="21"/>
          <w:lang w:eastAsia="ja-JP"/>
        </w:rPr>
        <w:t>・</w:t>
      </w:r>
      <w:r w:rsidRPr="00612265">
        <w:rPr>
          <w:rFonts w:asciiTheme="minorEastAsia" w:eastAsiaTheme="minorEastAsia" w:hAnsiTheme="minorEastAsia"/>
          <w:sz w:val="21"/>
          <w:lang w:eastAsia="ja-JP"/>
        </w:rPr>
        <w:t>同じ世帯で</w:t>
      </w:r>
      <w:r w:rsidR="007C0A28">
        <w:rPr>
          <w:rFonts w:asciiTheme="minorEastAsia" w:eastAsiaTheme="minorEastAsia" w:hAnsiTheme="minorEastAsia" w:hint="eastAsia"/>
          <w:sz w:val="21"/>
          <w:lang w:eastAsia="ja-JP"/>
        </w:rPr>
        <w:t>、市から生活用水確保のための資</w:t>
      </w:r>
      <w:r w:rsidRPr="00612265">
        <w:rPr>
          <w:rFonts w:asciiTheme="minorEastAsia" w:eastAsiaTheme="minorEastAsia" w:hAnsiTheme="minorEastAsia"/>
          <w:sz w:val="21"/>
          <w:lang w:eastAsia="ja-JP"/>
        </w:rPr>
        <w:t>材を</w:t>
      </w:r>
      <w:r w:rsidR="007C0A28">
        <w:rPr>
          <w:rFonts w:asciiTheme="minorEastAsia" w:eastAsiaTheme="minorEastAsia" w:hAnsiTheme="minorEastAsia" w:hint="eastAsia"/>
          <w:sz w:val="21"/>
          <w:lang w:eastAsia="ja-JP"/>
        </w:rPr>
        <w:t>まだ</w:t>
      </w:r>
      <w:r w:rsidRPr="00612265">
        <w:rPr>
          <w:rFonts w:asciiTheme="minorEastAsia" w:eastAsiaTheme="minorEastAsia" w:hAnsiTheme="minorEastAsia"/>
          <w:sz w:val="21"/>
          <w:lang w:eastAsia="ja-JP"/>
        </w:rPr>
        <w:t>受け取っていません。</w:t>
      </w:r>
    </w:p>
    <w:p w14:paraId="607EC6D3" w14:textId="005FB254" w:rsidR="00AE5123" w:rsidRPr="00612265" w:rsidRDefault="00746468" w:rsidP="001102DF">
      <w:pPr>
        <w:spacing w:after="40" w:line="273" w:lineRule="exact"/>
        <w:ind w:firstLineChars="100" w:firstLine="210"/>
        <w:rPr>
          <w:rFonts w:asciiTheme="minorEastAsia" w:eastAsiaTheme="minorEastAsia" w:hAnsiTheme="minorEastAsia"/>
          <w:lang w:eastAsia="ja-JP"/>
        </w:rPr>
      </w:pPr>
      <w:r w:rsidRPr="00612265">
        <w:rPr>
          <w:rFonts w:asciiTheme="minorEastAsia" w:eastAsiaTheme="minorEastAsia" w:hAnsiTheme="minorEastAsia"/>
          <w:sz w:val="21"/>
          <w:lang w:eastAsia="ja-JP"/>
        </w:rPr>
        <w:t>・生活用水</w:t>
      </w:r>
      <w:r w:rsidR="002565DE" w:rsidRPr="00612265">
        <w:rPr>
          <w:rFonts w:asciiTheme="minorEastAsia" w:eastAsiaTheme="minorEastAsia" w:hAnsiTheme="minorEastAsia" w:cs="ＭＳ 明朝" w:hint="eastAsia"/>
          <w:sz w:val="21"/>
          <w:lang w:eastAsia="ja-JP"/>
        </w:rPr>
        <w:t>の給水のために</w:t>
      </w:r>
      <w:r w:rsidRPr="00612265">
        <w:rPr>
          <w:rFonts w:asciiTheme="minorEastAsia" w:eastAsiaTheme="minorEastAsia" w:hAnsiTheme="minorEastAsia"/>
          <w:sz w:val="21"/>
          <w:lang w:eastAsia="ja-JP"/>
        </w:rPr>
        <w:t>使用し、飲用</w:t>
      </w:r>
      <w:r w:rsidR="002565DE" w:rsidRPr="00612265">
        <w:rPr>
          <w:rFonts w:asciiTheme="minorEastAsia" w:eastAsiaTheme="minorEastAsia" w:hAnsiTheme="minorEastAsia" w:cs="ＭＳ 明朝" w:hint="eastAsia"/>
          <w:sz w:val="21"/>
          <w:lang w:eastAsia="ja-JP"/>
        </w:rPr>
        <w:t>水の給水</w:t>
      </w:r>
      <w:r w:rsidRPr="00612265">
        <w:rPr>
          <w:rFonts w:asciiTheme="minorEastAsia" w:eastAsiaTheme="minorEastAsia" w:hAnsiTheme="minorEastAsia"/>
          <w:sz w:val="21"/>
          <w:lang w:eastAsia="ja-JP"/>
        </w:rPr>
        <w:t>には使用しません。</w:t>
      </w:r>
    </w:p>
    <w:p w14:paraId="7A9E6A4F" w14:textId="23D47263" w:rsidR="00AE5123" w:rsidRPr="00612265" w:rsidRDefault="00746468" w:rsidP="001102DF">
      <w:pPr>
        <w:spacing w:after="40" w:line="273" w:lineRule="exact"/>
        <w:ind w:firstLineChars="100" w:firstLine="210"/>
        <w:rPr>
          <w:rFonts w:asciiTheme="minorEastAsia" w:eastAsiaTheme="minorEastAsia" w:hAnsiTheme="minorEastAsia"/>
          <w:lang w:eastAsia="ja-JP"/>
        </w:rPr>
      </w:pPr>
      <w:r w:rsidRPr="00612265">
        <w:rPr>
          <w:rFonts w:asciiTheme="minorEastAsia" w:eastAsiaTheme="minorEastAsia" w:hAnsiTheme="minorEastAsia"/>
          <w:sz w:val="21"/>
          <w:lang w:eastAsia="ja-JP"/>
        </w:rPr>
        <w:t>・</w:t>
      </w:r>
      <w:r w:rsidR="008D5043">
        <w:rPr>
          <w:rFonts w:asciiTheme="minorEastAsia" w:eastAsiaTheme="minorEastAsia" w:hAnsiTheme="minorEastAsia" w:hint="eastAsia"/>
          <w:sz w:val="21"/>
          <w:lang w:eastAsia="ja-JP"/>
        </w:rPr>
        <w:t>貸与を受けた</w:t>
      </w:r>
      <w:r w:rsidR="002565DE" w:rsidRPr="00612265">
        <w:rPr>
          <w:rFonts w:asciiTheme="minorEastAsia" w:eastAsiaTheme="minorEastAsia" w:hAnsiTheme="minorEastAsia" w:cs="ＭＳ 明朝" w:hint="eastAsia"/>
          <w:sz w:val="21"/>
          <w:lang w:eastAsia="ja-JP"/>
        </w:rPr>
        <w:t>資材は、</w:t>
      </w:r>
      <w:r w:rsidRPr="00612265">
        <w:rPr>
          <w:rFonts w:asciiTheme="minorEastAsia" w:eastAsiaTheme="minorEastAsia" w:hAnsiTheme="minorEastAsia"/>
          <w:sz w:val="21"/>
          <w:lang w:eastAsia="ja-JP"/>
        </w:rPr>
        <w:t>本人</w:t>
      </w:r>
      <w:r w:rsidR="002565DE" w:rsidRPr="00612265">
        <w:rPr>
          <w:rFonts w:asciiTheme="minorEastAsia" w:eastAsiaTheme="minorEastAsia" w:hAnsiTheme="minorEastAsia" w:cs="ＭＳ 明朝" w:hint="eastAsia"/>
          <w:sz w:val="21"/>
          <w:lang w:eastAsia="ja-JP"/>
        </w:rPr>
        <w:t>、または</w:t>
      </w:r>
      <w:r w:rsidRPr="00612265">
        <w:rPr>
          <w:rFonts w:asciiTheme="minorEastAsia" w:eastAsiaTheme="minorEastAsia" w:hAnsiTheme="minorEastAsia"/>
          <w:sz w:val="21"/>
          <w:lang w:eastAsia="ja-JP"/>
        </w:rPr>
        <w:t>家族等で設置し、近隣の水源</w:t>
      </w:r>
      <w:r w:rsidR="008D5043">
        <w:rPr>
          <w:rFonts w:asciiTheme="minorEastAsia" w:eastAsiaTheme="minorEastAsia" w:hAnsiTheme="minorEastAsia" w:hint="eastAsia"/>
          <w:sz w:val="21"/>
          <w:lang w:eastAsia="ja-JP"/>
        </w:rPr>
        <w:t>所有者の</w:t>
      </w:r>
      <w:r w:rsidRPr="00612265">
        <w:rPr>
          <w:rFonts w:asciiTheme="minorEastAsia" w:eastAsiaTheme="minorEastAsia" w:hAnsiTheme="minorEastAsia"/>
          <w:sz w:val="21"/>
          <w:lang w:eastAsia="ja-JP"/>
        </w:rPr>
        <w:t>同意を得てから</w:t>
      </w:r>
      <w:r w:rsidR="008D5043">
        <w:rPr>
          <w:rFonts w:asciiTheme="minorEastAsia" w:eastAsiaTheme="minorEastAsia" w:hAnsiTheme="minorEastAsia" w:hint="eastAsia"/>
          <w:sz w:val="21"/>
          <w:lang w:eastAsia="ja-JP"/>
        </w:rPr>
        <w:t>使用</w:t>
      </w:r>
      <w:r w:rsidRPr="00612265">
        <w:rPr>
          <w:rFonts w:asciiTheme="minorEastAsia" w:eastAsiaTheme="minorEastAsia" w:hAnsiTheme="minorEastAsia"/>
          <w:sz w:val="21"/>
          <w:lang w:eastAsia="ja-JP"/>
        </w:rPr>
        <w:t>します。</w:t>
      </w:r>
    </w:p>
    <w:p w14:paraId="2A615ADA" w14:textId="77777777" w:rsidR="00AE5123" w:rsidRPr="00612265" w:rsidRDefault="00746468" w:rsidP="001102DF">
      <w:pPr>
        <w:spacing w:after="40" w:line="273" w:lineRule="exact"/>
        <w:ind w:firstLineChars="100" w:firstLine="210"/>
        <w:rPr>
          <w:rFonts w:asciiTheme="minorEastAsia" w:eastAsiaTheme="minorEastAsia" w:hAnsiTheme="minorEastAsia"/>
          <w:lang w:eastAsia="ja-JP"/>
        </w:rPr>
      </w:pPr>
      <w:r w:rsidRPr="00612265">
        <w:rPr>
          <w:rFonts w:asciiTheme="minorEastAsia" w:eastAsiaTheme="minorEastAsia" w:hAnsiTheme="minorEastAsia"/>
          <w:sz w:val="21"/>
          <w:lang w:eastAsia="ja-JP"/>
        </w:rPr>
        <w:t>・上水道と井戸水の配管は直接つなぎません。</w:t>
      </w:r>
    </w:p>
    <w:p w14:paraId="244F5987" w14:textId="132A46D2" w:rsidR="00B104BC" w:rsidRPr="00B104BC" w:rsidRDefault="00746468" w:rsidP="00B104BC">
      <w:pPr>
        <w:spacing w:after="40" w:line="273" w:lineRule="exact"/>
        <w:ind w:firstLineChars="100" w:firstLine="210"/>
        <w:rPr>
          <w:rFonts w:asciiTheme="minorEastAsia" w:eastAsiaTheme="minorEastAsia" w:hAnsiTheme="minorEastAsia"/>
          <w:sz w:val="21"/>
          <w:u w:val="single"/>
          <w:lang w:eastAsia="ja-JP"/>
        </w:rPr>
      </w:pPr>
      <w:r w:rsidRPr="00612265">
        <w:rPr>
          <w:rFonts w:asciiTheme="minorEastAsia" w:eastAsiaTheme="minorEastAsia" w:hAnsiTheme="minorEastAsia"/>
          <w:sz w:val="21"/>
          <w:lang w:eastAsia="ja-JP"/>
        </w:rPr>
        <w:t>・</w:t>
      </w:r>
      <w:r w:rsidRPr="00B104BC">
        <w:rPr>
          <w:rFonts w:asciiTheme="minorEastAsia" w:eastAsiaTheme="minorEastAsia" w:hAnsiTheme="minorEastAsia"/>
          <w:sz w:val="21"/>
          <w:u w:val="single"/>
          <w:lang w:eastAsia="ja-JP"/>
        </w:rPr>
        <w:t>設置後速やかに</w:t>
      </w:r>
      <w:r w:rsidR="002565DE" w:rsidRPr="00B104BC">
        <w:rPr>
          <w:rFonts w:asciiTheme="minorEastAsia" w:eastAsiaTheme="minorEastAsia" w:hAnsiTheme="minorEastAsia" w:cs="ＭＳ 明朝" w:hint="eastAsia"/>
          <w:sz w:val="21"/>
          <w:u w:val="single"/>
          <w:lang w:eastAsia="ja-JP"/>
        </w:rPr>
        <w:t>設置現場の</w:t>
      </w:r>
      <w:r w:rsidRPr="00B104BC">
        <w:rPr>
          <w:rFonts w:asciiTheme="minorEastAsia" w:eastAsiaTheme="minorEastAsia" w:hAnsiTheme="minorEastAsia"/>
          <w:sz w:val="21"/>
          <w:u w:val="single"/>
          <w:lang w:eastAsia="ja-JP"/>
        </w:rPr>
        <w:t>写真</w:t>
      </w:r>
      <w:r w:rsidR="0095650C" w:rsidRPr="00B104BC">
        <w:rPr>
          <w:rFonts w:asciiTheme="minorEastAsia" w:eastAsiaTheme="minorEastAsia" w:hAnsiTheme="minorEastAsia" w:hint="eastAsia"/>
          <w:sz w:val="21"/>
          <w:u w:val="single"/>
          <w:lang w:eastAsia="ja-JP"/>
        </w:rPr>
        <w:t>※</w:t>
      </w:r>
      <w:r w:rsidRPr="00B104BC">
        <w:rPr>
          <w:rFonts w:asciiTheme="minorEastAsia" w:eastAsiaTheme="minorEastAsia" w:hAnsiTheme="minorEastAsia"/>
          <w:sz w:val="21"/>
          <w:u w:val="single"/>
          <w:lang w:eastAsia="ja-JP"/>
        </w:rPr>
        <w:t>を</w:t>
      </w:r>
      <w:r w:rsidR="002565DE" w:rsidRPr="00B104BC">
        <w:rPr>
          <w:rFonts w:asciiTheme="minorEastAsia" w:eastAsiaTheme="minorEastAsia" w:hAnsiTheme="minorEastAsia" w:cs="ＭＳ 明朝" w:hint="eastAsia"/>
          <w:sz w:val="21"/>
          <w:u w:val="single"/>
          <w:lang w:eastAsia="ja-JP"/>
        </w:rPr>
        <w:t>オンラインで提出、または</w:t>
      </w:r>
      <w:r w:rsidRPr="00B104BC">
        <w:rPr>
          <w:rFonts w:asciiTheme="minorEastAsia" w:eastAsiaTheme="minorEastAsia" w:hAnsiTheme="minorEastAsia"/>
          <w:sz w:val="21"/>
          <w:u w:val="single"/>
          <w:lang w:eastAsia="ja-JP"/>
        </w:rPr>
        <w:t>コミセンへ持参します。</w:t>
      </w:r>
    </w:p>
    <w:p w14:paraId="55055325" w14:textId="77777777" w:rsidR="008D5043" w:rsidRPr="00612265" w:rsidRDefault="008D5043" w:rsidP="008D5043">
      <w:pPr>
        <w:spacing w:after="40" w:line="234" w:lineRule="exact"/>
        <w:ind w:firstLineChars="300" w:firstLine="540"/>
        <w:rPr>
          <w:rFonts w:asciiTheme="minorEastAsia" w:eastAsiaTheme="minorEastAsia" w:hAnsiTheme="minorEastAsia"/>
          <w:sz w:val="18"/>
          <w:szCs w:val="18"/>
          <w:lang w:eastAsia="ja-JP"/>
        </w:rPr>
      </w:pPr>
      <w:r w:rsidRPr="00612265">
        <w:rPr>
          <w:rFonts w:asciiTheme="minorEastAsia" w:eastAsiaTheme="minorEastAsia" w:hAnsiTheme="minorEastAsia" w:cs="ＭＳ 明朝" w:hint="eastAsia"/>
          <w:sz w:val="18"/>
          <w:szCs w:val="18"/>
          <w:lang w:eastAsia="ja-JP"/>
        </w:rPr>
        <w:t>※</w:t>
      </w:r>
      <w:r w:rsidRPr="00612265">
        <w:rPr>
          <w:rFonts w:asciiTheme="minorEastAsia" w:eastAsiaTheme="minorEastAsia" w:hAnsiTheme="minorEastAsia"/>
          <w:sz w:val="18"/>
          <w:szCs w:val="18"/>
          <w:lang w:eastAsia="ja-JP"/>
        </w:rPr>
        <w:t>写真は設置状況が分かるものを</w:t>
      </w:r>
      <w:r w:rsidRPr="00612265">
        <w:rPr>
          <w:rFonts w:asciiTheme="minorEastAsia" w:eastAsiaTheme="minorEastAsia" w:hAnsiTheme="minorEastAsia" w:hint="eastAsia"/>
          <w:sz w:val="18"/>
          <w:szCs w:val="18"/>
          <w:lang w:eastAsia="ja-JP"/>
        </w:rPr>
        <w:t>５枚以内で</w:t>
      </w:r>
      <w:r w:rsidRPr="00612265">
        <w:rPr>
          <w:rFonts w:asciiTheme="minorEastAsia" w:eastAsiaTheme="minorEastAsia" w:hAnsiTheme="minorEastAsia"/>
          <w:sz w:val="18"/>
          <w:szCs w:val="18"/>
          <w:lang w:eastAsia="ja-JP"/>
        </w:rPr>
        <w:t>ご提出ください。人物や無関係な室内は写さないでください。</w:t>
      </w:r>
    </w:p>
    <w:p w14:paraId="437A965B" w14:textId="3701B691" w:rsidR="00612265" w:rsidRPr="00612265" w:rsidRDefault="00612265" w:rsidP="00612265">
      <w:pPr>
        <w:spacing w:before="100" w:after="40" w:line="234" w:lineRule="exact"/>
        <w:ind w:firstLineChars="300" w:firstLine="540"/>
        <w:rPr>
          <w:rFonts w:asciiTheme="minorEastAsia" w:eastAsiaTheme="minorEastAsia" w:hAnsiTheme="minorEastAsia"/>
          <w:sz w:val="18"/>
          <w:szCs w:val="18"/>
          <w:lang w:eastAsia="ja-JP"/>
        </w:rPr>
      </w:pPr>
      <w:r w:rsidRPr="00612265">
        <w:rPr>
          <w:rFonts w:asciiTheme="minorEastAsia" w:eastAsiaTheme="minorEastAsia" w:hAnsiTheme="minorEastAsia" w:hint="eastAsia"/>
          <w:sz w:val="18"/>
          <w:szCs w:val="18"/>
          <w:lang w:eastAsia="ja-JP"/>
        </w:rPr>
        <w:t>※</w:t>
      </w:r>
      <w:proofErr w:type="spellStart"/>
      <w:r w:rsidRPr="00612265">
        <w:rPr>
          <w:rFonts w:asciiTheme="minorEastAsia" w:eastAsiaTheme="minorEastAsia" w:hAnsiTheme="minorEastAsia"/>
          <w:sz w:val="18"/>
          <w:szCs w:val="18"/>
        </w:rPr>
        <w:t>設置</w:t>
      </w:r>
      <w:proofErr w:type="spellEnd"/>
      <w:r w:rsidRPr="00612265">
        <w:rPr>
          <w:rFonts w:asciiTheme="minorEastAsia" w:eastAsiaTheme="minorEastAsia" w:hAnsiTheme="minorEastAsia" w:cs="ＭＳ 明朝" w:hint="eastAsia"/>
          <w:sz w:val="18"/>
          <w:szCs w:val="18"/>
          <w:lang w:eastAsia="ja-JP"/>
        </w:rPr>
        <w:t>現場</w:t>
      </w:r>
      <w:proofErr w:type="spellStart"/>
      <w:r w:rsidRPr="00612265">
        <w:rPr>
          <w:rFonts w:asciiTheme="minorEastAsia" w:eastAsiaTheme="minorEastAsia" w:hAnsiTheme="minorEastAsia"/>
          <w:sz w:val="18"/>
          <w:szCs w:val="18"/>
        </w:rPr>
        <w:t>写真の</w:t>
      </w:r>
      <w:proofErr w:type="spellEnd"/>
      <w:r w:rsidRPr="00612265">
        <w:rPr>
          <w:rFonts w:asciiTheme="minorEastAsia" w:eastAsiaTheme="minorEastAsia" w:hAnsiTheme="minorEastAsia" w:cs="ＭＳ 明朝" w:hint="eastAsia"/>
          <w:sz w:val="18"/>
          <w:szCs w:val="18"/>
          <w:lang w:eastAsia="ja-JP"/>
        </w:rPr>
        <w:t>オンライン</w:t>
      </w:r>
      <w:proofErr w:type="spellStart"/>
      <w:r w:rsidRPr="00612265">
        <w:rPr>
          <w:rFonts w:asciiTheme="minorEastAsia" w:eastAsiaTheme="minorEastAsia" w:hAnsiTheme="minorEastAsia"/>
          <w:sz w:val="18"/>
          <w:szCs w:val="18"/>
        </w:rPr>
        <w:t>提出先</w:t>
      </w:r>
      <w:proofErr w:type="spellEnd"/>
      <w:r w:rsidRPr="00612265">
        <w:rPr>
          <w:rFonts w:asciiTheme="minorEastAsia" w:eastAsiaTheme="minorEastAsia" w:hAnsiTheme="minorEastAsia"/>
          <w:sz w:val="18"/>
          <w:szCs w:val="18"/>
        </w:rPr>
        <w:t xml:space="preserve">　</w:t>
      </w:r>
      <w:r w:rsidR="008D5043">
        <w:rPr>
          <w:rFonts w:asciiTheme="minorEastAsia" w:eastAsiaTheme="minorEastAsia" w:hAnsiTheme="minorEastAsia"/>
          <w:sz w:val="18"/>
          <w:szCs w:val="18"/>
        </w:rPr>
        <w:t>https://logoform.jp/form/zis6/1828329</w:t>
      </w:r>
      <w:r w:rsidR="008D5043">
        <w:rPr>
          <w:rFonts w:asciiTheme="minorEastAsia" w:eastAsiaTheme="minorEastAsia" w:hAnsiTheme="minorEastAsia" w:hint="eastAsia"/>
          <w:sz w:val="18"/>
          <w:szCs w:val="18"/>
          <w:lang w:eastAsia="ja-JP"/>
        </w:rPr>
        <w:t xml:space="preserve">　詳しくはチラシ参照</w:t>
      </w:r>
    </w:p>
    <w:p w14:paraId="05688647" w14:textId="55B1DFD0" w:rsidR="00AE5123" w:rsidRPr="00612265" w:rsidRDefault="002565DE" w:rsidP="00C27F35">
      <w:pPr>
        <w:pStyle w:val="1"/>
        <w:spacing w:before="80" w:after="40" w:line="286" w:lineRule="exact"/>
        <w:ind w:firstLineChars="128" w:firstLine="283"/>
        <w:rPr>
          <w:rFonts w:asciiTheme="minorEastAsia" w:eastAsiaTheme="minorEastAsia" w:hAnsiTheme="minorEastAsia"/>
          <w:lang w:eastAsia="ja-JP"/>
        </w:rPr>
      </w:pPr>
      <w:r w:rsidRPr="00612265">
        <w:rPr>
          <w:rFonts w:asciiTheme="minorEastAsia" w:eastAsiaTheme="minorEastAsia" w:hAnsiTheme="minorEastAsia" w:cs="ＭＳ 明朝" w:hint="eastAsia"/>
          <w:lang w:eastAsia="ja-JP"/>
        </w:rPr>
        <w:t>貸与を受ける</w:t>
      </w:r>
      <w:r w:rsidR="00746468" w:rsidRPr="00612265">
        <w:rPr>
          <w:rFonts w:asciiTheme="minorEastAsia" w:eastAsiaTheme="minorEastAsia" w:hAnsiTheme="minorEastAsia"/>
          <w:lang w:eastAsia="ja-JP"/>
        </w:rPr>
        <w:t>資機材　次の一式で</w:t>
      </w:r>
      <w:r w:rsidR="0095650C">
        <w:rPr>
          <w:rFonts w:asciiTheme="minorEastAsia" w:eastAsiaTheme="minorEastAsia" w:hAnsiTheme="minorEastAsia" w:hint="eastAsia"/>
          <w:lang w:eastAsia="ja-JP"/>
        </w:rPr>
        <w:t>１</w:t>
      </w:r>
      <w:r w:rsidR="00746468" w:rsidRPr="00612265">
        <w:rPr>
          <w:rFonts w:asciiTheme="minorEastAsia" w:eastAsiaTheme="minorEastAsia" w:hAnsiTheme="minorEastAsia"/>
          <w:lang w:eastAsia="ja-JP"/>
        </w:rPr>
        <w:t>セット</w:t>
      </w:r>
      <w:r w:rsidR="007E2CCA" w:rsidRPr="00612265">
        <w:rPr>
          <w:rFonts w:asciiTheme="minorEastAsia" w:eastAsiaTheme="minorEastAsia" w:hAnsiTheme="minorEastAsia" w:cs="ＭＳ 明朝" w:hint="eastAsia"/>
          <w:lang w:eastAsia="ja-JP"/>
        </w:rPr>
        <w:t>（</w:t>
      </w:r>
      <w:r w:rsidR="007E2CCA" w:rsidRPr="00612265">
        <w:rPr>
          <w:rFonts w:asciiTheme="minorEastAsia" w:eastAsiaTheme="minorEastAsia" w:hAnsiTheme="minorEastAsia"/>
          <w:lang w:eastAsia="ja-JP"/>
        </w:rPr>
        <w:t>無料・</w:t>
      </w:r>
      <w:r w:rsidR="0095650C">
        <w:rPr>
          <w:rFonts w:asciiTheme="minorEastAsia" w:eastAsiaTheme="minorEastAsia" w:hAnsiTheme="minorEastAsia" w:hint="eastAsia"/>
          <w:lang w:eastAsia="ja-JP"/>
        </w:rPr>
        <w:t>１</w:t>
      </w:r>
      <w:r w:rsidR="007E2CCA" w:rsidRPr="00612265">
        <w:rPr>
          <w:rFonts w:asciiTheme="minorEastAsia" w:eastAsiaTheme="minorEastAsia" w:hAnsiTheme="minorEastAsia"/>
          <w:lang w:eastAsia="ja-JP"/>
        </w:rPr>
        <w:t>世帯</w:t>
      </w:r>
      <w:r w:rsidR="0095650C">
        <w:rPr>
          <w:rFonts w:asciiTheme="minorEastAsia" w:eastAsiaTheme="minorEastAsia" w:hAnsiTheme="minorEastAsia" w:hint="eastAsia"/>
          <w:lang w:eastAsia="ja-JP"/>
        </w:rPr>
        <w:t>１</w:t>
      </w:r>
      <w:r w:rsidR="007E2CCA" w:rsidRPr="00612265">
        <w:rPr>
          <w:rFonts w:asciiTheme="minorEastAsia" w:eastAsiaTheme="minorEastAsia" w:hAnsiTheme="minorEastAsia"/>
          <w:lang w:eastAsia="ja-JP"/>
        </w:rPr>
        <w:t>セット</w:t>
      </w:r>
      <w:r w:rsidR="007E2CCA" w:rsidRPr="00612265">
        <w:rPr>
          <w:rFonts w:asciiTheme="minorEastAsia" w:eastAsiaTheme="minorEastAsia" w:hAnsiTheme="minorEastAsia" w:hint="eastAsia"/>
          <w:lang w:eastAsia="ja-JP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464"/>
        <w:gridCol w:w="5159"/>
      </w:tblGrid>
      <w:tr w:rsidR="00AE5123" w:rsidRPr="00612265" w14:paraId="0BCA89CD" w14:textId="77777777" w:rsidTr="00C27F35">
        <w:trPr>
          <w:cantSplit/>
          <w:trHeight w:val="36"/>
          <w:jc w:val="center"/>
        </w:trPr>
        <w:tc>
          <w:tcPr>
            <w:tcW w:w="4464" w:type="dxa"/>
            <w:shd w:val="clear" w:color="auto" w:fill="FFFFFF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15F3FF47" w14:textId="1CDB60C3" w:rsidR="00AE5123" w:rsidRPr="0095650C" w:rsidRDefault="00746468">
            <w:pPr>
              <w:spacing w:after="0" w:line="260" w:lineRule="exact"/>
              <w:rPr>
                <w:rFonts w:asciiTheme="minorEastAsia" w:eastAsiaTheme="minorEastAsia" w:hAnsiTheme="minorEastAsia"/>
                <w:sz w:val="21"/>
                <w:szCs w:val="24"/>
              </w:rPr>
            </w:pPr>
            <w:proofErr w:type="spellStart"/>
            <w:r w:rsidRPr="0095650C">
              <w:rPr>
                <w:rFonts w:asciiTheme="minorEastAsia" w:eastAsiaTheme="minorEastAsia" w:hAnsiTheme="minorEastAsia"/>
                <w:sz w:val="21"/>
                <w:szCs w:val="24"/>
              </w:rPr>
              <w:t>ホース</w:t>
            </w:r>
            <w:proofErr w:type="spellEnd"/>
            <w:r w:rsidRPr="0095650C">
              <w:rPr>
                <w:rFonts w:asciiTheme="minorEastAsia" w:eastAsiaTheme="minorEastAsia" w:hAnsiTheme="minorEastAsia"/>
                <w:sz w:val="21"/>
                <w:szCs w:val="24"/>
              </w:rPr>
              <w:t>（</w:t>
            </w:r>
            <w:r w:rsidR="0095650C">
              <w:rPr>
                <w:rFonts w:asciiTheme="minorEastAsia" w:eastAsiaTheme="minorEastAsia" w:hAnsiTheme="minorEastAsia" w:hint="eastAsia"/>
                <w:sz w:val="21"/>
                <w:szCs w:val="24"/>
                <w:lang w:eastAsia="ja-JP"/>
              </w:rPr>
              <w:t>３０ｍ</w:t>
            </w:r>
            <w:r w:rsidRPr="0095650C">
              <w:rPr>
                <w:rFonts w:asciiTheme="minorEastAsia" w:eastAsiaTheme="minorEastAsia" w:hAnsiTheme="minorEastAsia"/>
                <w:sz w:val="21"/>
                <w:szCs w:val="24"/>
              </w:rPr>
              <w:t xml:space="preserve">）　</w:t>
            </w:r>
            <w:r w:rsidR="0095650C">
              <w:rPr>
                <w:rFonts w:asciiTheme="minorEastAsia" w:eastAsiaTheme="minorEastAsia" w:hAnsiTheme="minorEastAsia" w:hint="eastAsia"/>
                <w:sz w:val="21"/>
                <w:szCs w:val="24"/>
                <w:lang w:eastAsia="ja-JP"/>
              </w:rPr>
              <w:t>１</w:t>
            </w:r>
            <w:r w:rsidRPr="0095650C">
              <w:rPr>
                <w:rFonts w:asciiTheme="minorEastAsia" w:eastAsiaTheme="minorEastAsia" w:hAnsiTheme="minorEastAsia"/>
                <w:sz w:val="21"/>
                <w:szCs w:val="24"/>
              </w:rPr>
              <w:t>巻</w:t>
            </w:r>
          </w:p>
        </w:tc>
        <w:tc>
          <w:tcPr>
            <w:tcW w:w="5159" w:type="dxa"/>
            <w:shd w:val="clear" w:color="auto" w:fill="FFFFFF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4C950415" w14:textId="3F7824E8" w:rsidR="00AE5123" w:rsidRPr="0095650C" w:rsidRDefault="00746468">
            <w:pPr>
              <w:spacing w:after="0" w:line="260" w:lineRule="exact"/>
              <w:rPr>
                <w:rFonts w:asciiTheme="minorEastAsia" w:eastAsiaTheme="minorEastAsia" w:hAnsiTheme="minorEastAsia"/>
                <w:sz w:val="21"/>
                <w:szCs w:val="24"/>
              </w:rPr>
            </w:pPr>
            <w:proofErr w:type="spellStart"/>
            <w:r w:rsidRPr="0095650C">
              <w:rPr>
                <w:rFonts w:asciiTheme="minorEastAsia" w:eastAsiaTheme="minorEastAsia" w:hAnsiTheme="minorEastAsia"/>
                <w:sz w:val="21"/>
                <w:szCs w:val="24"/>
              </w:rPr>
              <w:t>ホースバンド</w:t>
            </w:r>
            <w:proofErr w:type="spellEnd"/>
            <w:r w:rsidRPr="0095650C">
              <w:rPr>
                <w:rFonts w:asciiTheme="minorEastAsia" w:eastAsiaTheme="minorEastAsia" w:hAnsiTheme="minorEastAsia"/>
                <w:sz w:val="21"/>
                <w:szCs w:val="24"/>
              </w:rPr>
              <w:t xml:space="preserve">　</w:t>
            </w:r>
            <w:r w:rsidR="0095650C">
              <w:rPr>
                <w:rFonts w:asciiTheme="minorEastAsia" w:eastAsiaTheme="minorEastAsia" w:hAnsiTheme="minorEastAsia" w:hint="eastAsia"/>
                <w:sz w:val="21"/>
                <w:szCs w:val="24"/>
                <w:lang w:eastAsia="ja-JP"/>
              </w:rPr>
              <w:t>２</w:t>
            </w:r>
            <w:r w:rsidRPr="0095650C">
              <w:rPr>
                <w:rFonts w:asciiTheme="minorEastAsia" w:eastAsiaTheme="minorEastAsia" w:hAnsiTheme="minorEastAsia"/>
                <w:sz w:val="21"/>
                <w:szCs w:val="24"/>
              </w:rPr>
              <w:t>個</w:t>
            </w:r>
          </w:p>
        </w:tc>
      </w:tr>
      <w:tr w:rsidR="00AE5123" w:rsidRPr="00612265" w14:paraId="5E149971" w14:textId="77777777" w:rsidTr="00C27F35">
        <w:trPr>
          <w:cantSplit/>
          <w:trHeight w:val="22"/>
          <w:jc w:val="center"/>
        </w:trPr>
        <w:tc>
          <w:tcPr>
            <w:tcW w:w="4464" w:type="dxa"/>
            <w:shd w:val="clear" w:color="auto" w:fill="FFFFFF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74152DB9" w14:textId="2516B142" w:rsidR="00AE5123" w:rsidRPr="0095650C" w:rsidRDefault="00746468">
            <w:pPr>
              <w:spacing w:after="0" w:line="260" w:lineRule="exact"/>
              <w:rPr>
                <w:rFonts w:asciiTheme="minorEastAsia" w:eastAsiaTheme="minorEastAsia" w:hAnsiTheme="minorEastAsia"/>
                <w:sz w:val="21"/>
                <w:szCs w:val="24"/>
                <w:lang w:eastAsia="ja-JP"/>
              </w:rPr>
            </w:pPr>
            <w:r w:rsidRPr="0095650C">
              <w:rPr>
                <w:rFonts w:asciiTheme="minorEastAsia" w:eastAsiaTheme="minorEastAsia" w:hAnsiTheme="minorEastAsia"/>
                <w:sz w:val="21"/>
                <w:szCs w:val="24"/>
                <w:lang w:eastAsia="ja-JP"/>
              </w:rPr>
              <w:t xml:space="preserve">ワンタッチホースジョイント　</w:t>
            </w:r>
            <w:r w:rsidR="0095650C">
              <w:rPr>
                <w:rFonts w:asciiTheme="minorEastAsia" w:eastAsiaTheme="minorEastAsia" w:hAnsiTheme="minorEastAsia" w:hint="eastAsia"/>
                <w:sz w:val="21"/>
                <w:szCs w:val="24"/>
                <w:lang w:eastAsia="ja-JP"/>
              </w:rPr>
              <w:t>２</w:t>
            </w:r>
            <w:r w:rsidRPr="0095650C">
              <w:rPr>
                <w:rFonts w:asciiTheme="minorEastAsia" w:eastAsiaTheme="minorEastAsia" w:hAnsiTheme="minorEastAsia"/>
                <w:sz w:val="21"/>
                <w:szCs w:val="24"/>
                <w:lang w:eastAsia="ja-JP"/>
              </w:rPr>
              <w:t>個</w:t>
            </w:r>
          </w:p>
        </w:tc>
        <w:tc>
          <w:tcPr>
            <w:tcW w:w="5159" w:type="dxa"/>
            <w:shd w:val="clear" w:color="auto" w:fill="FFFFFF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6B881182" w14:textId="475AEAE7" w:rsidR="00AE5123" w:rsidRPr="0095650C" w:rsidRDefault="00746468">
            <w:pPr>
              <w:spacing w:after="0" w:line="260" w:lineRule="exact"/>
              <w:rPr>
                <w:rFonts w:asciiTheme="minorEastAsia" w:eastAsiaTheme="minorEastAsia" w:hAnsiTheme="minorEastAsia"/>
                <w:sz w:val="21"/>
                <w:szCs w:val="24"/>
                <w:lang w:eastAsia="ja-JP"/>
              </w:rPr>
            </w:pPr>
            <w:r w:rsidRPr="0095650C">
              <w:rPr>
                <w:rFonts w:asciiTheme="minorEastAsia" w:eastAsiaTheme="minorEastAsia" w:hAnsiTheme="minorEastAsia"/>
                <w:sz w:val="21"/>
                <w:szCs w:val="24"/>
                <w:lang w:eastAsia="ja-JP"/>
              </w:rPr>
              <w:t xml:space="preserve">ホース継手セット　</w:t>
            </w:r>
            <w:r w:rsidR="0095650C">
              <w:rPr>
                <w:rFonts w:asciiTheme="minorEastAsia" w:eastAsiaTheme="minorEastAsia" w:hAnsiTheme="minorEastAsia" w:hint="eastAsia"/>
                <w:sz w:val="21"/>
                <w:szCs w:val="24"/>
                <w:lang w:eastAsia="ja-JP"/>
              </w:rPr>
              <w:t>１</w:t>
            </w:r>
            <w:r w:rsidRPr="0095650C">
              <w:rPr>
                <w:rFonts w:asciiTheme="minorEastAsia" w:eastAsiaTheme="minorEastAsia" w:hAnsiTheme="minorEastAsia"/>
                <w:sz w:val="21"/>
                <w:szCs w:val="24"/>
                <w:lang w:eastAsia="ja-JP"/>
              </w:rPr>
              <w:t>セット</w:t>
            </w:r>
          </w:p>
        </w:tc>
      </w:tr>
    </w:tbl>
    <w:p w14:paraId="3A15051F" w14:textId="77777777" w:rsidR="0095650C" w:rsidRDefault="0095650C" w:rsidP="0095650C">
      <w:pPr>
        <w:spacing w:after="0" w:line="240" w:lineRule="auto"/>
        <w:rPr>
          <w:rFonts w:asciiTheme="minorEastAsia" w:eastAsiaTheme="minorEastAsia" w:hAnsiTheme="minorEastAsia" w:cs="Courier New"/>
          <w:b/>
          <w:lang w:eastAsia="ja-JP"/>
        </w:rPr>
      </w:pPr>
    </w:p>
    <w:tbl>
      <w:tblPr>
        <w:tblStyle w:val="afe"/>
        <w:tblW w:w="0" w:type="auto"/>
        <w:tblInd w:w="108" w:type="dxa"/>
        <w:tblLook w:val="04A0" w:firstRow="1" w:lastRow="0" w:firstColumn="1" w:lastColumn="0" w:noHBand="0" w:noVBand="1"/>
      </w:tblPr>
      <w:tblGrid>
        <w:gridCol w:w="10150"/>
      </w:tblGrid>
      <w:tr w:rsidR="0095650C" w14:paraId="2D2CE938" w14:textId="77777777" w:rsidTr="0095650C">
        <w:tc>
          <w:tcPr>
            <w:tcW w:w="1034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331F47E" w14:textId="453BADDE" w:rsidR="00B104BC" w:rsidRDefault="00B104BC" w:rsidP="0095650C">
            <w:pPr>
              <w:spacing w:after="0" w:line="240" w:lineRule="auto"/>
              <w:ind w:firstLineChars="100" w:firstLine="241"/>
              <w:rPr>
                <w:rFonts w:asciiTheme="minorEastAsia" w:eastAsiaTheme="minorEastAsia" w:hAnsiTheme="minorEastAsia" w:cs="Courier New"/>
                <w:b/>
                <w:sz w:val="24"/>
                <w:szCs w:val="24"/>
                <w:lang w:eastAsia="ja-JP"/>
              </w:rPr>
            </w:pPr>
            <w:r w:rsidRPr="0095650C">
              <w:rPr>
                <w:rFonts w:asciiTheme="minorEastAsia" w:eastAsiaTheme="minorEastAsia" w:hAnsiTheme="minorEastAsia" w:cs="Courier New" w:hint="eastAsia"/>
                <w:b/>
                <w:sz w:val="24"/>
                <w:szCs w:val="24"/>
                <w:lang w:eastAsia="ja-JP"/>
              </w:rPr>
              <w:t xml:space="preserve">□　</w:t>
            </w:r>
            <w:r>
              <w:rPr>
                <w:rFonts w:asciiTheme="minorEastAsia" w:eastAsiaTheme="minorEastAsia" w:hAnsiTheme="minorEastAsia" w:cs="Courier New" w:hint="eastAsia"/>
                <w:b/>
                <w:sz w:val="24"/>
                <w:szCs w:val="24"/>
                <w:lang w:eastAsia="ja-JP"/>
              </w:rPr>
              <w:t>資材設置後、速やかに設置現場の写真を提出します</w:t>
            </w:r>
            <w:r w:rsidRPr="0095650C">
              <w:rPr>
                <w:rFonts w:asciiTheme="minorEastAsia" w:eastAsiaTheme="minorEastAsia" w:hAnsiTheme="minorEastAsia" w:cs="Courier New" w:hint="eastAsia"/>
                <w:b/>
                <w:sz w:val="24"/>
                <w:szCs w:val="24"/>
                <w:lang w:eastAsia="ja-JP"/>
              </w:rPr>
              <w:t>。</w:t>
            </w:r>
          </w:p>
          <w:p w14:paraId="5471CF5C" w14:textId="09BD7B9B" w:rsidR="0095650C" w:rsidRPr="0095650C" w:rsidRDefault="0095650C" w:rsidP="0095650C">
            <w:pPr>
              <w:spacing w:after="0" w:line="240" w:lineRule="auto"/>
              <w:ind w:firstLineChars="100" w:firstLine="241"/>
              <w:rPr>
                <w:rFonts w:asciiTheme="minorEastAsia" w:eastAsiaTheme="minorEastAsia" w:hAnsiTheme="minorEastAsia" w:cs="Courier New"/>
                <w:b/>
                <w:sz w:val="24"/>
                <w:szCs w:val="24"/>
                <w:lang w:eastAsia="ja-JP"/>
              </w:rPr>
            </w:pPr>
            <w:r w:rsidRPr="0095650C">
              <w:rPr>
                <w:rFonts w:asciiTheme="minorEastAsia" w:eastAsiaTheme="minorEastAsia" w:hAnsiTheme="minorEastAsia" w:cs="Courier New" w:hint="eastAsia"/>
                <w:b/>
                <w:sz w:val="24"/>
                <w:szCs w:val="24"/>
                <w:lang w:eastAsia="ja-JP"/>
              </w:rPr>
              <w:t>□　上記の資材一式を受け取りました。</w:t>
            </w:r>
            <w:r w:rsidR="00C27F35">
              <w:rPr>
                <w:rFonts w:asciiTheme="minorEastAsia" w:eastAsiaTheme="minorEastAsia" w:hAnsiTheme="minorEastAsia" w:cs="Courier New" w:hint="eastAsia"/>
                <w:b/>
                <w:sz w:val="24"/>
                <w:szCs w:val="24"/>
                <w:lang w:eastAsia="ja-JP"/>
              </w:rPr>
              <w:t xml:space="preserve">　</w:t>
            </w:r>
            <w:r w:rsidR="008D5043" w:rsidRPr="00C27F35">
              <w:rPr>
                <w:rFonts w:asciiTheme="minorEastAsia" w:eastAsiaTheme="minorEastAsia" w:hAnsiTheme="minorEastAsia" w:cs="Courier New" w:hint="eastAsia"/>
                <w:bCs/>
                <w:u w:val="single"/>
                <w:lang w:eastAsia="ja-JP"/>
              </w:rPr>
              <w:t>※受領の際に必ずチェックしてください。</w:t>
            </w:r>
          </w:p>
        </w:tc>
      </w:tr>
    </w:tbl>
    <w:p w14:paraId="1D7826FB" w14:textId="565C2697" w:rsidR="00AE5123" w:rsidRPr="00612265" w:rsidRDefault="0095650C" w:rsidP="00DA0EDB">
      <w:pPr>
        <w:spacing w:beforeLines="150" w:before="360" w:after="0" w:line="240" w:lineRule="auto"/>
        <w:rPr>
          <w:rFonts w:asciiTheme="minorEastAsia" w:eastAsiaTheme="minorEastAsia" w:hAnsiTheme="minorEastAsia"/>
          <w:lang w:eastAsia="ja-JP"/>
        </w:rPr>
      </w:pPr>
      <w:r w:rsidRPr="00612265">
        <w:rPr>
          <w:rFonts w:asciiTheme="minorEastAsia" w:eastAsiaTheme="minorEastAsia" w:hAnsiTheme="minorEastAsia" w:hint="eastAsia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C1CF70A" wp14:editId="3B9DA3BC">
                <wp:simplePos x="0" y="0"/>
                <wp:positionH relativeFrom="column">
                  <wp:posOffset>-7290</wp:posOffset>
                </wp:positionH>
                <wp:positionV relativeFrom="paragraph">
                  <wp:posOffset>181610</wp:posOffset>
                </wp:positionV>
                <wp:extent cx="6517758" cy="0"/>
                <wp:effectExtent l="0" t="0" r="0" b="0"/>
                <wp:wrapNone/>
                <wp:docPr id="4950435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7758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4804AA" id="直線コネクタ 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5pt,14.3pt" to="512.6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" strokecolor="black [3213]" strokeweight="1.5pt">
                <v:stroke dashstyle="dashDot"/>
              </v:line>
            </w:pict>
          </mc:Fallback>
        </mc:AlternateContent>
      </w:r>
      <w:r w:rsidR="00746468" w:rsidRPr="00612265">
        <w:rPr>
          <w:rFonts w:asciiTheme="minorEastAsia" w:eastAsiaTheme="minorEastAsia" w:hAnsiTheme="minorEastAsia"/>
          <w:lang w:eastAsia="ja-JP"/>
        </w:rPr>
        <w:t>職員記入欄　以下は記入不要です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8900"/>
      </w:tblGrid>
      <w:tr w:rsidR="00AE5123" w:rsidRPr="00612265" w14:paraId="01AD3CED" w14:textId="77777777" w:rsidTr="008D5043">
        <w:trPr>
          <w:cantSplit/>
          <w:trHeight w:val="624"/>
          <w:jc w:val="center"/>
        </w:trPr>
        <w:tc>
          <w:tcPr>
            <w:tcW w:w="1418" w:type="dxa"/>
            <w:shd w:val="clear" w:color="auto" w:fill="F2F2F2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257C3717" w14:textId="77777777" w:rsidR="00AE5123" w:rsidRPr="00612265" w:rsidRDefault="00746468" w:rsidP="008900AE">
            <w:pPr>
              <w:spacing w:after="0" w:line="247" w:lineRule="exact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612265">
              <w:rPr>
                <w:rFonts w:asciiTheme="minorEastAsia" w:eastAsiaTheme="minorEastAsia" w:hAnsiTheme="minorEastAsia"/>
                <w:sz w:val="19"/>
              </w:rPr>
              <w:t>受付・交付</w:t>
            </w:r>
            <w:proofErr w:type="spellEnd"/>
          </w:p>
        </w:tc>
        <w:tc>
          <w:tcPr>
            <w:tcW w:w="8900" w:type="dxa"/>
            <w:shd w:val="clear" w:color="auto" w:fill="F2F2F2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24243585" w14:textId="300A601C" w:rsidR="008900AE" w:rsidRPr="00612265" w:rsidRDefault="008900AE">
            <w:pPr>
              <w:spacing w:after="0" w:line="247" w:lineRule="exact"/>
              <w:rPr>
                <w:rFonts w:asciiTheme="minorEastAsia" w:eastAsiaTheme="minorEastAsia" w:hAnsiTheme="minorEastAsia"/>
                <w:sz w:val="19"/>
                <w:lang w:eastAsia="zh-CN"/>
              </w:rPr>
            </w:pPr>
            <w:r w:rsidRPr="00612265">
              <w:rPr>
                <w:rFonts w:asciiTheme="minorEastAsia" w:eastAsiaTheme="minorEastAsia" w:hAnsiTheme="minorEastAsia" w:cs="ＭＳ 明朝" w:hint="eastAsia"/>
                <w:sz w:val="19"/>
                <w:lang w:eastAsia="zh-CN"/>
              </w:rPr>
              <w:t>施設</w:t>
            </w:r>
            <w:r w:rsidR="00746468" w:rsidRPr="00612265">
              <w:rPr>
                <w:rFonts w:asciiTheme="minorEastAsia" w:eastAsiaTheme="minorEastAsia" w:hAnsiTheme="minorEastAsia"/>
                <w:sz w:val="19"/>
                <w:lang w:eastAsia="zh-CN"/>
              </w:rPr>
              <w:t>名</w:t>
            </w:r>
            <w:r w:rsidRPr="00612265">
              <w:rPr>
                <w:rFonts w:asciiTheme="minorEastAsia" w:eastAsiaTheme="minorEastAsia" w:hAnsiTheme="minorEastAsia" w:cs="ＭＳ 明朝" w:hint="eastAsia"/>
                <w:sz w:val="19"/>
                <w:lang w:eastAsia="zh-CN"/>
              </w:rPr>
              <w:t>（</w:t>
            </w:r>
            <w:r w:rsidR="00746468" w:rsidRPr="00612265">
              <w:rPr>
                <w:rFonts w:asciiTheme="minorEastAsia" w:eastAsiaTheme="minorEastAsia" w:hAnsiTheme="minorEastAsia"/>
                <w:sz w:val="19"/>
                <w:lang w:eastAsia="zh-CN"/>
              </w:rPr>
              <w:t xml:space="preserve">　　　　　</w:t>
            </w:r>
            <w:r w:rsidRPr="00612265">
              <w:rPr>
                <w:rFonts w:asciiTheme="minorEastAsia" w:eastAsiaTheme="minorEastAsia" w:hAnsiTheme="minorEastAsia" w:cs="ＭＳ 明朝" w:hint="eastAsia"/>
                <w:sz w:val="19"/>
                <w:lang w:eastAsia="zh-CN"/>
              </w:rPr>
              <w:t xml:space="preserve">　　　　　　　　　　</w:t>
            </w:r>
            <w:r w:rsidR="00746468" w:rsidRPr="00612265">
              <w:rPr>
                <w:rFonts w:asciiTheme="minorEastAsia" w:eastAsiaTheme="minorEastAsia" w:hAnsiTheme="minorEastAsia"/>
                <w:sz w:val="19"/>
                <w:lang w:eastAsia="zh-CN"/>
              </w:rPr>
              <w:t xml:space="preserve">　</w:t>
            </w:r>
            <w:r w:rsidRPr="00612265">
              <w:rPr>
                <w:rFonts w:asciiTheme="minorEastAsia" w:eastAsiaTheme="minorEastAsia" w:hAnsiTheme="minorEastAsia" w:cs="ＭＳ 明朝" w:hint="eastAsia"/>
                <w:sz w:val="19"/>
                <w:lang w:eastAsia="zh-CN"/>
              </w:rPr>
              <w:t>）</w:t>
            </w:r>
            <w:r w:rsidR="00746468" w:rsidRPr="00612265">
              <w:rPr>
                <w:rFonts w:asciiTheme="minorEastAsia" w:eastAsiaTheme="minorEastAsia" w:hAnsiTheme="minorEastAsia"/>
                <w:sz w:val="19"/>
                <w:lang w:eastAsia="zh-CN"/>
              </w:rPr>
              <w:t xml:space="preserve">　受付番号</w:t>
            </w:r>
            <w:r w:rsidRPr="00612265">
              <w:rPr>
                <w:rFonts w:asciiTheme="minorEastAsia" w:eastAsiaTheme="minorEastAsia" w:hAnsiTheme="minorEastAsia" w:cs="ＭＳ 明朝" w:hint="eastAsia"/>
                <w:sz w:val="19"/>
                <w:lang w:eastAsia="zh-CN"/>
              </w:rPr>
              <w:t>（</w:t>
            </w:r>
            <w:r w:rsidR="00746468" w:rsidRPr="00612265">
              <w:rPr>
                <w:rFonts w:asciiTheme="minorEastAsia" w:eastAsiaTheme="minorEastAsia" w:hAnsiTheme="minorEastAsia"/>
                <w:sz w:val="19"/>
                <w:lang w:eastAsia="zh-CN"/>
              </w:rPr>
              <w:t xml:space="preserve">　　</w:t>
            </w:r>
            <w:r w:rsidR="00646B67">
              <w:rPr>
                <w:rFonts w:asciiTheme="minorEastAsia" w:eastAsiaTheme="minorEastAsia" w:hAnsiTheme="minorEastAsia" w:hint="eastAsia"/>
                <w:sz w:val="19"/>
                <w:lang w:eastAsia="zh-CN"/>
              </w:rPr>
              <w:t xml:space="preserve">　</w:t>
            </w:r>
            <w:r w:rsidR="00746468" w:rsidRPr="00612265">
              <w:rPr>
                <w:rFonts w:asciiTheme="minorEastAsia" w:eastAsiaTheme="minorEastAsia" w:hAnsiTheme="minorEastAsia"/>
                <w:sz w:val="19"/>
                <w:lang w:eastAsia="zh-CN"/>
              </w:rPr>
              <w:t xml:space="preserve">　　　</w:t>
            </w:r>
            <w:r w:rsidRPr="00612265">
              <w:rPr>
                <w:rFonts w:asciiTheme="minorEastAsia" w:eastAsiaTheme="minorEastAsia" w:hAnsiTheme="minorEastAsia" w:cs="ＭＳ 明朝" w:hint="eastAsia"/>
                <w:sz w:val="19"/>
                <w:lang w:eastAsia="zh-CN"/>
              </w:rPr>
              <w:t>）</w:t>
            </w:r>
            <w:r w:rsidR="00746468" w:rsidRPr="00612265">
              <w:rPr>
                <w:rFonts w:asciiTheme="minorEastAsia" w:eastAsiaTheme="minorEastAsia" w:hAnsiTheme="minorEastAsia"/>
                <w:sz w:val="19"/>
                <w:lang w:eastAsia="zh-CN"/>
              </w:rPr>
              <w:t xml:space="preserve">　担当</w:t>
            </w:r>
            <w:r w:rsidRPr="00612265">
              <w:rPr>
                <w:rFonts w:asciiTheme="minorEastAsia" w:eastAsiaTheme="minorEastAsia" w:hAnsiTheme="minorEastAsia" w:cs="ＭＳ 明朝" w:hint="eastAsia"/>
                <w:sz w:val="19"/>
                <w:lang w:eastAsia="zh-CN"/>
              </w:rPr>
              <w:t>（　　　　　　）</w:t>
            </w:r>
          </w:p>
          <w:p w14:paraId="295A20E8" w14:textId="0A1CFEED" w:rsidR="00AE5123" w:rsidRPr="00612265" w:rsidRDefault="008900AE" w:rsidP="008900AE">
            <w:pPr>
              <w:spacing w:after="0" w:line="247" w:lineRule="exact"/>
              <w:rPr>
                <w:rFonts w:asciiTheme="minorEastAsia" w:eastAsiaTheme="minorEastAsia" w:hAnsiTheme="minorEastAsia"/>
                <w:lang w:eastAsia="ja-JP"/>
              </w:rPr>
            </w:pPr>
            <w:r w:rsidRPr="00612265">
              <w:rPr>
                <w:rFonts w:asciiTheme="minorEastAsia" w:eastAsiaTheme="minorEastAsia" w:hAnsiTheme="minorEastAsia" w:cs="ＭＳ 明朝" w:hint="eastAsia"/>
                <w:sz w:val="19"/>
                <w:lang w:eastAsia="ja-JP"/>
              </w:rPr>
              <w:t xml:space="preserve">□ </w:t>
            </w:r>
            <w:r w:rsidR="00746468" w:rsidRPr="00612265">
              <w:rPr>
                <w:rFonts w:asciiTheme="minorEastAsia" w:eastAsiaTheme="minorEastAsia" w:hAnsiTheme="minorEastAsia" w:cs="ＭＳ 明朝" w:hint="eastAsia"/>
                <w:sz w:val="19"/>
                <w:lang w:eastAsia="ja-JP"/>
              </w:rPr>
              <w:t xml:space="preserve">本人へ交付　</w:t>
            </w:r>
            <w:r w:rsidRPr="00612265">
              <w:rPr>
                <w:rFonts w:asciiTheme="minorEastAsia" w:eastAsiaTheme="minorEastAsia" w:hAnsiTheme="minorEastAsia" w:hint="eastAsia"/>
                <w:sz w:val="19"/>
                <w:lang w:eastAsia="ja-JP"/>
              </w:rPr>
              <w:t xml:space="preserve">□ </w:t>
            </w:r>
            <w:r w:rsidR="00746468" w:rsidRPr="00612265">
              <w:rPr>
                <w:rFonts w:asciiTheme="minorEastAsia" w:eastAsiaTheme="minorEastAsia" w:hAnsiTheme="minorEastAsia"/>
                <w:sz w:val="19"/>
                <w:lang w:eastAsia="ja-JP"/>
              </w:rPr>
              <w:t xml:space="preserve"> </w:t>
            </w:r>
            <w:r w:rsidR="00746468" w:rsidRPr="00612265">
              <w:rPr>
                <w:rFonts w:asciiTheme="minorEastAsia" w:eastAsiaTheme="minorEastAsia" w:hAnsiTheme="minorEastAsia" w:cs="ＭＳ 明朝" w:hint="eastAsia"/>
                <w:sz w:val="19"/>
                <w:lang w:eastAsia="ja-JP"/>
              </w:rPr>
              <w:t>代理人へ交付</w:t>
            </w:r>
          </w:p>
        </w:tc>
      </w:tr>
      <w:tr w:rsidR="00AE5123" w:rsidRPr="00612265" w14:paraId="29DFBDF7" w14:textId="77777777" w:rsidTr="008D5043">
        <w:trPr>
          <w:cantSplit/>
          <w:trHeight w:val="680"/>
          <w:jc w:val="center"/>
        </w:trPr>
        <w:tc>
          <w:tcPr>
            <w:tcW w:w="1418" w:type="dxa"/>
            <w:shd w:val="clear" w:color="auto" w:fill="F2F2F2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6E06FF00" w14:textId="77777777" w:rsidR="00AE5123" w:rsidRPr="00612265" w:rsidRDefault="00746468" w:rsidP="008900AE">
            <w:pPr>
              <w:spacing w:after="0" w:line="247" w:lineRule="exact"/>
              <w:jc w:val="center"/>
              <w:rPr>
                <w:rFonts w:asciiTheme="minorEastAsia" w:eastAsiaTheme="minorEastAsia" w:hAnsiTheme="minorEastAsia"/>
                <w:lang w:eastAsia="ja-JP"/>
              </w:rPr>
            </w:pPr>
            <w:r w:rsidRPr="00612265">
              <w:rPr>
                <w:rFonts w:asciiTheme="minorEastAsia" w:eastAsiaTheme="minorEastAsia" w:hAnsiTheme="minorEastAsia"/>
                <w:sz w:val="19"/>
                <w:lang w:eastAsia="ja-JP"/>
              </w:rPr>
              <w:t>状況確認</w:t>
            </w:r>
            <w:r w:rsidRPr="00612265">
              <w:rPr>
                <w:rFonts w:asciiTheme="minorEastAsia" w:eastAsiaTheme="minorEastAsia" w:hAnsiTheme="minorEastAsia"/>
                <w:sz w:val="19"/>
                <w:lang w:eastAsia="ja-JP"/>
              </w:rPr>
              <w:br/>
              <w:t>（聞き取り）</w:t>
            </w:r>
          </w:p>
        </w:tc>
        <w:tc>
          <w:tcPr>
            <w:tcW w:w="8900" w:type="dxa"/>
            <w:shd w:val="clear" w:color="auto" w:fill="F2F2F2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0FD6C75A" w14:textId="730612A3" w:rsidR="008900AE" w:rsidRPr="00612265" w:rsidRDefault="00510815">
            <w:pPr>
              <w:spacing w:after="0" w:line="247" w:lineRule="exact"/>
              <w:rPr>
                <w:rFonts w:asciiTheme="minorEastAsia" w:eastAsiaTheme="minorEastAsia" w:hAnsiTheme="minorEastAsia" w:cs="ＭＳ 明朝"/>
                <w:sz w:val="19"/>
                <w:lang w:eastAsia="ja-JP"/>
              </w:rPr>
            </w:pPr>
            <w:r w:rsidRPr="00612265">
              <w:rPr>
                <w:rFonts w:asciiTheme="minorEastAsia" w:eastAsiaTheme="minorEastAsia" w:hAnsiTheme="minorEastAsia" w:cs="ＭＳ 明朝" w:hint="eastAsia"/>
                <w:sz w:val="19"/>
                <w:lang w:eastAsia="ja-JP"/>
              </w:rPr>
              <w:t>現在の給水</w:t>
            </w:r>
            <w:r w:rsidR="00746468" w:rsidRPr="00612265">
              <w:rPr>
                <w:rFonts w:asciiTheme="minorEastAsia" w:eastAsiaTheme="minorEastAsia" w:hAnsiTheme="minorEastAsia"/>
                <w:sz w:val="19"/>
                <w:lang w:eastAsia="ja-JP"/>
              </w:rPr>
              <w:t xml:space="preserve">　</w:t>
            </w:r>
            <w:r w:rsidR="008900AE" w:rsidRPr="00612265">
              <w:rPr>
                <w:rFonts w:asciiTheme="minorEastAsia" w:eastAsiaTheme="minorEastAsia" w:hAnsiTheme="minorEastAsia" w:hint="eastAsia"/>
                <w:sz w:val="19"/>
                <w:lang w:eastAsia="ja-JP"/>
              </w:rPr>
              <w:t>□</w:t>
            </w:r>
            <w:r w:rsidR="00746468" w:rsidRPr="00612265">
              <w:rPr>
                <w:rFonts w:asciiTheme="minorEastAsia" w:eastAsiaTheme="minorEastAsia" w:hAnsiTheme="minorEastAsia"/>
                <w:sz w:val="19"/>
                <w:lang w:eastAsia="ja-JP"/>
              </w:rPr>
              <w:t>近隣の井戸</w:t>
            </w:r>
            <w:r w:rsidR="008900AE" w:rsidRPr="00612265">
              <w:rPr>
                <w:rFonts w:asciiTheme="minorEastAsia" w:eastAsiaTheme="minorEastAsia" w:hAnsiTheme="minorEastAsia" w:cs="ＭＳ 明朝" w:hint="eastAsia"/>
                <w:sz w:val="19"/>
                <w:lang w:eastAsia="ja-JP"/>
              </w:rPr>
              <w:t xml:space="preserve">　□</w:t>
            </w:r>
            <w:r w:rsidR="00746468" w:rsidRPr="00612265">
              <w:rPr>
                <w:rFonts w:asciiTheme="minorEastAsia" w:eastAsiaTheme="minorEastAsia" w:hAnsiTheme="minorEastAsia"/>
                <w:sz w:val="19"/>
                <w:lang w:eastAsia="ja-JP"/>
              </w:rPr>
              <w:t xml:space="preserve">近隣の上水道　</w:t>
            </w:r>
            <w:r w:rsidR="008900AE" w:rsidRPr="00612265">
              <w:rPr>
                <w:rFonts w:asciiTheme="minorEastAsia" w:eastAsiaTheme="minorEastAsia" w:hAnsiTheme="minorEastAsia" w:hint="eastAsia"/>
                <w:sz w:val="19"/>
                <w:lang w:eastAsia="ja-JP"/>
              </w:rPr>
              <w:t>□</w:t>
            </w:r>
            <w:r w:rsidR="008900AE" w:rsidRPr="00612265">
              <w:rPr>
                <w:rFonts w:asciiTheme="minorEastAsia" w:eastAsiaTheme="minorEastAsia" w:hAnsiTheme="minorEastAsia" w:cs="ＭＳ 明朝" w:hint="eastAsia"/>
                <w:sz w:val="19"/>
                <w:lang w:eastAsia="ja-JP"/>
              </w:rPr>
              <w:t xml:space="preserve">市の応急給水　</w:t>
            </w:r>
            <w:r w:rsidR="008900AE" w:rsidRPr="00612265">
              <w:rPr>
                <w:rFonts w:asciiTheme="minorEastAsia" w:eastAsiaTheme="minorEastAsia" w:hAnsiTheme="minorEastAsia" w:hint="eastAsia"/>
                <w:sz w:val="19"/>
                <w:lang w:eastAsia="ja-JP"/>
              </w:rPr>
              <w:t>□</w:t>
            </w:r>
            <w:r w:rsidR="00746468" w:rsidRPr="00612265">
              <w:rPr>
                <w:rFonts w:asciiTheme="minorEastAsia" w:eastAsiaTheme="minorEastAsia" w:hAnsiTheme="minorEastAsia"/>
                <w:sz w:val="19"/>
                <w:lang w:eastAsia="ja-JP"/>
              </w:rPr>
              <w:t>その他</w:t>
            </w:r>
            <w:r w:rsidR="006832F9" w:rsidRPr="00612265">
              <w:rPr>
                <w:rFonts w:asciiTheme="minorEastAsia" w:eastAsiaTheme="minorEastAsia" w:hAnsiTheme="minorEastAsia" w:cs="ＭＳ 明朝" w:hint="eastAsia"/>
                <w:sz w:val="19"/>
                <w:lang w:eastAsia="ja-JP"/>
              </w:rPr>
              <w:t xml:space="preserve">（　　　</w:t>
            </w:r>
            <w:r w:rsidR="008900AE" w:rsidRPr="00612265">
              <w:rPr>
                <w:rFonts w:asciiTheme="minorEastAsia" w:eastAsiaTheme="minorEastAsia" w:hAnsiTheme="minorEastAsia" w:cs="ＭＳ 明朝" w:hint="eastAsia"/>
                <w:sz w:val="19"/>
                <w:lang w:eastAsia="ja-JP"/>
              </w:rPr>
              <w:t xml:space="preserve">　　</w:t>
            </w:r>
            <w:r w:rsidR="00746468" w:rsidRPr="00612265">
              <w:rPr>
                <w:rFonts w:asciiTheme="minorEastAsia" w:eastAsiaTheme="minorEastAsia" w:hAnsiTheme="minorEastAsia"/>
                <w:sz w:val="19"/>
                <w:lang w:eastAsia="ja-JP"/>
              </w:rPr>
              <w:t xml:space="preserve">　　</w:t>
            </w:r>
            <w:r w:rsidR="006832F9" w:rsidRPr="00612265">
              <w:rPr>
                <w:rFonts w:asciiTheme="minorEastAsia" w:eastAsiaTheme="minorEastAsia" w:hAnsiTheme="minorEastAsia" w:cs="ＭＳ 明朝" w:hint="eastAsia"/>
                <w:sz w:val="19"/>
                <w:lang w:eastAsia="ja-JP"/>
              </w:rPr>
              <w:t xml:space="preserve">　　</w:t>
            </w:r>
            <w:r w:rsidR="00746468" w:rsidRPr="00612265">
              <w:rPr>
                <w:rFonts w:asciiTheme="minorEastAsia" w:eastAsiaTheme="minorEastAsia" w:hAnsiTheme="minorEastAsia"/>
                <w:sz w:val="19"/>
                <w:lang w:eastAsia="ja-JP"/>
              </w:rPr>
              <w:t xml:space="preserve">　</w:t>
            </w:r>
            <w:r w:rsidR="006832F9" w:rsidRPr="00612265">
              <w:rPr>
                <w:rFonts w:asciiTheme="minorEastAsia" w:eastAsiaTheme="minorEastAsia" w:hAnsiTheme="minorEastAsia" w:cs="ＭＳ 明朝" w:hint="eastAsia"/>
                <w:sz w:val="19"/>
                <w:lang w:eastAsia="ja-JP"/>
              </w:rPr>
              <w:t>）</w:t>
            </w:r>
          </w:p>
          <w:p w14:paraId="1D7197F8" w14:textId="3FD78B46" w:rsidR="00AE5123" w:rsidRPr="00612265" w:rsidRDefault="00746468">
            <w:pPr>
              <w:spacing w:after="0" w:line="247" w:lineRule="exact"/>
              <w:rPr>
                <w:rFonts w:asciiTheme="minorEastAsia" w:eastAsiaTheme="minorEastAsia" w:hAnsiTheme="minorEastAsia"/>
                <w:lang w:eastAsia="ja-JP"/>
              </w:rPr>
            </w:pPr>
            <w:r w:rsidRPr="00612265">
              <w:rPr>
                <w:rFonts w:asciiTheme="minorEastAsia" w:eastAsiaTheme="minorEastAsia" w:hAnsiTheme="minorEastAsia"/>
                <w:sz w:val="19"/>
                <w:lang w:eastAsia="ja-JP"/>
              </w:rPr>
              <w:t>利用</w:t>
            </w:r>
            <w:r w:rsidR="00510815" w:rsidRPr="00612265">
              <w:rPr>
                <w:rFonts w:asciiTheme="minorEastAsia" w:eastAsiaTheme="minorEastAsia" w:hAnsiTheme="minorEastAsia" w:cs="ＭＳ 明朝" w:hint="eastAsia"/>
                <w:sz w:val="19"/>
                <w:lang w:eastAsia="ja-JP"/>
              </w:rPr>
              <w:t xml:space="preserve">想定　</w:t>
            </w:r>
            <w:r w:rsidRPr="00612265">
              <w:rPr>
                <w:rFonts w:asciiTheme="minorEastAsia" w:eastAsiaTheme="minorEastAsia" w:hAnsiTheme="minorEastAsia"/>
                <w:sz w:val="19"/>
                <w:lang w:eastAsia="ja-JP"/>
              </w:rPr>
              <w:t xml:space="preserve">　</w:t>
            </w:r>
            <w:r w:rsidR="008900AE" w:rsidRPr="00612265">
              <w:rPr>
                <w:rFonts w:asciiTheme="minorEastAsia" w:eastAsiaTheme="minorEastAsia" w:hAnsiTheme="minorEastAsia" w:hint="eastAsia"/>
                <w:sz w:val="19"/>
                <w:lang w:eastAsia="ja-JP"/>
              </w:rPr>
              <w:t>□</w:t>
            </w:r>
            <w:r w:rsidRPr="00612265">
              <w:rPr>
                <w:rFonts w:asciiTheme="minorEastAsia" w:eastAsiaTheme="minorEastAsia" w:hAnsiTheme="minorEastAsia"/>
                <w:sz w:val="19"/>
                <w:lang w:eastAsia="ja-JP"/>
              </w:rPr>
              <w:t>ホースで直接給水</w:t>
            </w:r>
            <w:r w:rsidR="008900AE" w:rsidRPr="00612265">
              <w:rPr>
                <w:rFonts w:asciiTheme="minorEastAsia" w:eastAsiaTheme="minorEastAsia" w:hAnsiTheme="minorEastAsia" w:cs="ＭＳ 明朝" w:hint="eastAsia"/>
                <w:sz w:val="19"/>
                <w:lang w:eastAsia="ja-JP"/>
              </w:rPr>
              <w:t xml:space="preserve">　□</w:t>
            </w:r>
            <w:r w:rsidRPr="00612265">
              <w:rPr>
                <w:rFonts w:asciiTheme="minorEastAsia" w:eastAsiaTheme="minorEastAsia" w:hAnsiTheme="minorEastAsia"/>
                <w:sz w:val="19"/>
                <w:lang w:eastAsia="ja-JP"/>
              </w:rPr>
              <w:t>容器・タンク経由</w:t>
            </w:r>
            <w:r w:rsidR="008900AE" w:rsidRPr="00612265">
              <w:rPr>
                <w:rFonts w:asciiTheme="minorEastAsia" w:eastAsiaTheme="minorEastAsia" w:hAnsiTheme="minorEastAsia" w:cs="ＭＳ 明朝" w:hint="eastAsia"/>
                <w:sz w:val="19"/>
                <w:lang w:eastAsia="ja-JP"/>
              </w:rPr>
              <w:t xml:space="preserve">　□</w:t>
            </w:r>
            <w:r w:rsidRPr="00612265">
              <w:rPr>
                <w:rFonts w:asciiTheme="minorEastAsia" w:eastAsiaTheme="minorEastAsia" w:hAnsiTheme="minorEastAsia"/>
                <w:sz w:val="19"/>
                <w:lang w:eastAsia="ja-JP"/>
              </w:rPr>
              <w:t>その他</w:t>
            </w:r>
            <w:r w:rsidR="006832F9" w:rsidRPr="00612265">
              <w:rPr>
                <w:rFonts w:asciiTheme="minorEastAsia" w:eastAsiaTheme="minorEastAsia" w:hAnsiTheme="minorEastAsia" w:cs="ＭＳ 明朝" w:hint="eastAsia"/>
                <w:sz w:val="19"/>
                <w:lang w:eastAsia="ja-JP"/>
              </w:rPr>
              <w:t>（</w:t>
            </w:r>
            <w:r w:rsidRPr="00612265">
              <w:rPr>
                <w:rFonts w:asciiTheme="minorEastAsia" w:eastAsiaTheme="minorEastAsia" w:hAnsiTheme="minorEastAsia"/>
                <w:sz w:val="19"/>
                <w:lang w:eastAsia="ja-JP"/>
              </w:rPr>
              <w:t xml:space="preserve">　</w:t>
            </w:r>
            <w:r w:rsidR="006832F9" w:rsidRPr="00612265">
              <w:rPr>
                <w:rFonts w:asciiTheme="minorEastAsia" w:eastAsiaTheme="minorEastAsia" w:hAnsiTheme="minorEastAsia" w:cs="ＭＳ 明朝" w:hint="eastAsia"/>
                <w:sz w:val="19"/>
                <w:lang w:eastAsia="ja-JP"/>
              </w:rPr>
              <w:t xml:space="preserve">　　　</w:t>
            </w:r>
            <w:r w:rsidR="008900AE" w:rsidRPr="00612265">
              <w:rPr>
                <w:rFonts w:asciiTheme="minorEastAsia" w:eastAsiaTheme="minorEastAsia" w:hAnsiTheme="minorEastAsia" w:cs="ＭＳ 明朝" w:hint="eastAsia"/>
                <w:sz w:val="19"/>
                <w:lang w:eastAsia="ja-JP"/>
              </w:rPr>
              <w:t xml:space="preserve">　　</w:t>
            </w:r>
            <w:r w:rsidR="006832F9" w:rsidRPr="00612265">
              <w:rPr>
                <w:rFonts w:asciiTheme="minorEastAsia" w:eastAsiaTheme="minorEastAsia" w:hAnsiTheme="minorEastAsia" w:cs="ＭＳ 明朝" w:hint="eastAsia"/>
                <w:sz w:val="19"/>
                <w:lang w:eastAsia="ja-JP"/>
              </w:rPr>
              <w:t xml:space="preserve">　</w:t>
            </w:r>
            <w:r w:rsidRPr="00612265">
              <w:rPr>
                <w:rFonts w:asciiTheme="minorEastAsia" w:eastAsiaTheme="minorEastAsia" w:hAnsiTheme="minorEastAsia"/>
                <w:sz w:val="19"/>
                <w:lang w:eastAsia="ja-JP"/>
              </w:rPr>
              <w:t xml:space="preserve">　</w:t>
            </w:r>
            <w:r w:rsidR="008900AE" w:rsidRPr="00612265">
              <w:rPr>
                <w:rFonts w:asciiTheme="minorEastAsia" w:eastAsiaTheme="minorEastAsia" w:hAnsiTheme="minorEastAsia" w:cs="ＭＳ 明朝" w:hint="eastAsia"/>
                <w:sz w:val="19"/>
                <w:lang w:eastAsia="ja-JP"/>
              </w:rPr>
              <w:t xml:space="preserve">　　</w:t>
            </w:r>
            <w:r w:rsidR="006832F9" w:rsidRPr="00612265">
              <w:rPr>
                <w:rFonts w:asciiTheme="minorEastAsia" w:eastAsiaTheme="minorEastAsia" w:hAnsiTheme="minorEastAsia" w:cs="ＭＳ 明朝" w:hint="eastAsia"/>
                <w:sz w:val="19"/>
                <w:lang w:eastAsia="ja-JP"/>
              </w:rPr>
              <w:t>）</w:t>
            </w:r>
            <w:r w:rsidR="008900AE" w:rsidRPr="00612265">
              <w:rPr>
                <w:rFonts w:asciiTheme="minorEastAsia" w:eastAsiaTheme="minorEastAsia" w:hAnsiTheme="minorEastAsia" w:cs="ＭＳ 明朝" w:hint="eastAsia"/>
                <w:sz w:val="19"/>
                <w:lang w:eastAsia="ja-JP"/>
              </w:rPr>
              <w:t>□</w:t>
            </w:r>
            <w:r w:rsidRPr="00612265">
              <w:rPr>
                <w:rFonts w:asciiTheme="minorEastAsia" w:eastAsiaTheme="minorEastAsia" w:hAnsiTheme="minorEastAsia"/>
                <w:sz w:val="19"/>
                <w:lang w:eastAsia="ja-JP"/>
              </w:rPr>
              <w:t>未定</w:t>
            </w:r>
          </w:p>
        </w:tc>
      </w:tr>
      <w:tr w:rsidR="00AE5123" w:rsidRPr="00612265" w14:paraId="558A750D" w14:textId="77777777" w:rsidTr="008D5043">
        <w:trPr>
          <w:cantSplit/>
          <w:trHeight w:val="510"/>
          <w:jc w:val="center"/>
        </w:trPr>
        <w:tc>
          <w:tcPr>
            <w:tcW w:w="1418" w:type="dxa"/>
            <w:shd w:val="clear" w:color="auto" w:fill="F2F2F2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07878167" w14:textId="77777777" w:rsidR="00AE5123" w:rsidRPr="00612265" w:rsidRDefault="00746468" w:rsidP="008900AE">
            <w:pPr>
              <w:spacing w:after="0" w:line="247" w:lineRule="exact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612265">
              <w:rPr>
                <w:rFonts w:asciiTheme="minorEastAsia" w:eastAsiaTheme="minorEastAsia" w:hAnsiTheme="minorEastAsia"/>
                <w:sz w:val="19"/>
              </w:rPr>
              <w:t>写真確認</w:t>
            </w:r>
            <w:proofErr w:type="spellEnd"/>
          </w:p>
        </w:tc>
        <w:tc>
          <w:tcPr>
            <w:tcW w:w="8900" w:type="dxa"/>
            <w:shd w:val="clear" w:color="auto" w:fill="F2F2F2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747C09A2" w14:textId="58D0D92C" w:rsidR="00AE5123" w:rsidRPr="00612265" w:rsidRDefault="00746468">
            <w:pPr>
              <w:spacing w:after="0" w:line="247" w:lineRule="exact"/>
              <w:rPr>
                <w:rFonts w:asciiTheme="minorEastAsia" w:eastAsiaTheme="minorEastAsia" w:hAnsiTheme="minorEastAsia"/>
                <w:lang w:eastAsia="ja-JP"/>
              </w:rPr>
            </w:pPr>
            <w:r w:rsidRPr="00612265">
              <w:rPr>
                <w:rFonts w:asciiTheme="minorEastAsia" w:eastAsiaTheme="minorEastAsia" w:hAnsiTheme="minorEastAsia"/>
                <w:sz w:val="19"/>
                <w:lang w:eastAsia="ja-JP"/>
              </w:rPr>
              <w:t>確認日</w:t>
            </w:r>
            <w:r w:rsidR="008D5043">
              <w:rPr>
                <w:rFonts w:asciiTheme="minorEastAsia" w:eastAsiaTheme="minorEastAsia" w:hAnsiTheme="minorEastAsia" w:hint="eastAsia"/>
                <w:sz w:val="19"/>
                <w:lang w:eastAsia="ja-JP"/>
              </w:rPr>
              <w:t xml:space="preserve">　</w:t>
            </w:r>
            <w:r w:rsidRPr="00612265">
              <w:rPr>
                <w:rFonts w:asciiTheme="minorEastAsia" w:eastAsiaTheme="minorEastAsia" w:hAnsiTheme="minorEastAsia"/>
                <w:sz w:val="19"/>
                <w:lang w:eastAsia="ja-JP"/>
              </w:rPr>
              <w:t xml:space="preserve">　</w:t>
            </w:r>
            <w:r w:rsidR="008D5043">
              <w:rPr>
                <w:rFonts w:asciiTheme="minorEastAsia" w:eastAsiaTheme="minorEastAsia" w:hAnsiTheme="minorEastAsia" w:hint="eastAsia"/>
                <w:sz w:val="19"/>
                <w:lang w:eastAsia="ja-JP"/>
              </w:rPr>
              <w:t xml:space="preserve">　　年</w:t>
            </w:r>
            <w:r w:rsidRPr="00612265">
              <w:rPr>
                <w:rFonts w:asciiTheme="minorEastAsia" w:eastAsiaTheme="minorEastAsia" w:hAnsiTheme="minorEastAsia"/>
                <w:sz w:val="19"/>
                <w:lang w:eastAsia="ja-JP"/>
              </w:rPr>
              <w:t xml:space="preserve">　</w:t>
            </w:r>
            <w:r w:rsidR="001920CC">
              <w:rPr>
                <w:rFonts w:asciiTheme="minorEastAsia" w:eastAsiaTheme="minorEastAsia" w:hAnsiTheme="minorEastAsia" w:hint="eastAsia"/>
                <w:sz w:val="19"/>
                <w:lang w:eastAsia="ja-JP"/>
              </w:rPr>
              <w:t xml:space="preserve">　</w:t>
            </w:r>
            <w:r w:rsidRPr="00612265">
              <w:rPr>
                <w:rFonts w:asciiTheme="minorEastAsia" w:eastAsiaTheme="minorEastAsia" w:hAnsiTheme="minorEastAsia"/>
                <w:sz w:val="19"/>
                <w:lang w:eastAsia="ja-JP"/>
              </w:rPr>
              <w:t xml:space="preserve">　月</w:t>
            </w:r>
            <w:r w:rsidR="001920CC">
              <w:rPr>
                <w:rFonts w:asciiTheme="minorEastAsia" w:eastAsiaTheme="minorEastAsia" w:hAnsiTheme="minorEastAsia" w:hint="eastAsia"/>
                <w:sz w:val="19"/>
                <w:lang w:eastAsia="ja-JP"/>
              </w:rPr>
              <w:t xml:space="preserve">　</w:t>
            </w:r>
            <w:r w:rsidRPr="00612265">
              <w:rPr>
                <w:rFonts w:asciiTheme="minorEastAsia" w:eastAsiaTheme="minorEastAsia" w:hAnsiTheme="minorEastAsia"/>
                <w:sz w:val="19"/>
                <w:lang w:eastAsia="ja-JP"/>
              </w:rPr>
              <w:t xml:space="preserve">　　日　　</w:t>
            </w:r>
            <w:r w:rsidR="008D5043">
              <w:rPr>
                <w:rFonts w:asciiTheme="minorEastAsia" w:eastAsiaTheme="minorEastAsia" w:hAnsiTheme="minorEastAsia" w:hint="eastAsia"/>
                <w:sz w:val="19"/>
                <w:lang w:eastAsia="ja-JP"/>
              </w:rPr>
              <w:t xml:space="preserve">　確認方法</w:t>
            </w:r>
            <w:r w:rsidR="008900AE" w:rsidRPr="00612265">
              <w:rPr>
                <w:rFonts w:asciiTheme="minorEastAsia" w:eastAsiaTheme="minorEastAsia" w:hAnsiTheme="minorEastAsia" w:cs="ＭＳ 明朝" w:hint="eastAsia"/>
                <w:sz w:val="19"/>
                <w:lang w:eastAsia="ja-JP"/>
              </w:rPr>
              <w:t xml:space="preserve">　□</w:t>
            </w:r>
            <w:r w:rsidRPr="00612265">
              <w:rPr>
                <w:rFonts w:asciiTheme="minorEastAsia" w:eastAsiaTheme="minorEastAsia" w:hAnsiTheme="minorEastAsia"/>
                <w:sz w:val="19"/>
                <w:lang w:eastAsia="ja-JP"/>
              </w:rPr>
              <w:t>オンライン</w:t>
            </w:r>
            <w:r w:rsidR="008900AE" w:rsidRPr="00612265">
              <w:rPr>
                <w:rFonts w:asciiTheme="minorEastAsia" w:eastAsiaTheme="minorEastAsia" w:hAnsiTheme="minorEastAsia" w:cs="ＭＳ 明朝" w:hint="eastAsia"/>
                <w:sz w:val="19"/>
                <w:lang w:eastAsia="ja-JP"/>
              </w:rPr>
              <w:t xml:space="preserve">　</w:t>
            </w:r>
            <w:r w:rsidR="008900AE" w:rsidRPr="00612265">
              <w:rPr>
                <w:rFonts w:asciiTheme="minorEastAsia" w:eastAsiaTheme="minorEastAsia" w:hAnsiTheme="minorEastAsia" w:hint="eastAsia"/>
                <w:sz w:val="19"/>
                <w:lang w:eastAsia="ja-JP"/>
              </w:rPr>
              <w:t>□</w:t>
            </w:r>
            <w:r w:rsidR="008900AE" w:rsidRPr="00612265">
              <w:rPr>
                <w:rFonts w:asciiTheme="minorEastAsia" w:eastAsiaTheme="minorEastAsia" w:hAnsiTheme="minorEastAsia"/>
                <w:sz w:val="19"/>
                <w:lang w:eastAsia="ja-JP"/>
              </w:rPr>
              <w:t>持参</w:t>
            </w:r>
            <w:r w:rsidR="008900AE" w:rsidRPr="00612265">
              <w:rPr>
                <w:rFonts w:asciiTheme="minorEastAsia" w:eastAsiaTheme="minorEastAsia" w:hAnsiTheme="minorEastAsia" w:cs="ＭＳ 明朝" w:hint="eastAsia"/>
                <w:sz w:val="19"/>
                <w:lang w:eastAsia="ja-JP"/>
              </w:rPr>
              <w:t xml:space="preserve">　□確認不能</w:t>
            </w:r>
          </w:p>
        </w:tc>
      </w:tr>
    </w:tbl>
    <w:p w14:paraId="4F03DD6F" w14:textId="3234A630" w:rsidR="00AE5123" w:rsidRPr="00612265" w:rsidRDefault="00AE5123" w:rsidP="00612265">
      <w:pPr>
        <w:spacing w:before="100" w:after="40" w:line="234" w:lineRule="exact"/>
        <w:rPr>
          <w:rFonts w:asciiTheme="minorEastAsia" w:eastAsiaTheme="minorEastAsia" w:hAnsiTheme="minorEastAsia"/>
          <w:lang w:eastAsia="ja-JP"/>
        </w:rPr>
      </w:pPr>
    </w:p>
    <w:sectPr w:rsidR="00AE5123" w:rsidRPr="00612265" w:rsidSect="007E2CCA">
      <w:headerReference w:type="default" r:id="rId8"/>
      <w:pgSz w:w="11906" w:h="16838"/>
      <w:pgMar w:top="737" w:right="794" w:bottom="737" w:left="794" w:header="567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6B233" w14:textId="77777777" w:rsidR="00ED435F" w:rsidRDefault="00ED435F" w:rsidP="004D0245">
      <w:pPr>
        <w:spacing w:after="0" w:line="240" w:lineRule="auto"/>
      </w:pPr>
      <w:r>
        <w:separator/>
      </w:r>
    </w:p>
  </w:endnote>
  <w:endnote w:type="continuationSeparator" w:id="0">
    <w:p w14:paraId="26438FE5" w14:textId="77777777" w:rsidR="00ED435F" w:rsidRDefault="00ED435F" w:rsidP="004D0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CJK JP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0A302" w14:textId="77777777" w:rsidR="00ED435F" w:rsidRDefault="00ED435F" w:rsidP="004D0245">
      <w:pPr>
        <w:spacing w:after="0" w:line="240" w:lineRule="auto"/>
      </w:pPr>
      <w:r>
        <w:separator/>
      </w:r>
    </w:p>
  </w:footnote>
  <w:footnote w:type="continuationSeparator" w:id="0">
    <w:p w14:paraId="2D7FC447" w14:textId="77777777" w:rsidR="00ED435F" w:rsidRDefault="00ED435F" w:rsidP="004D0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A8407" w14:textId="005AF6F5" w:rsidR="007E2CCA" w:rsidRPr="00612265" w:rsidRDefault="007E2CCA" w:rsidP="007E2CCA">
    <w:pPr>
      <w:spacing w:after="40" w:line="234" w:lineRule="exact"/>
      <w:rPr>
        <w:rFonts w:asciiTheme="minorEastAsia" w:eastAsiaTheme="minorEastAsia" w:hAnsiTheme="minorEastAsia"/>
        <w:sz w:val="28"/>
        <w:szCs w:val="28"/>
        <w:lang w:eastAsia="ja-JP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B0510A"/>
    <w:multiLevelType w:val="hybridMultilevel"/>
    <w:tmpl w:val="C682EAB2"/>
    <w:lvl w:ilvl="0" w:tplc="FE080E02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41253285">
    <w:abstractNumId w:val="8"/>
  </w:num>
  <w:num w:numId="2" w16cid:durableId="1494563925">
    <w:abstractNumId w:val="6"/>
  </w:num>
  <w:num w:numId="3" w16cid:durableId="1513836348">
    <w:abstractNumId w:val="5"/>
  </w:num>
  <w:num w:numId="4" w16cid:durableId="1120102991">
    <w:abstractNumId w:val="4"/>
  </w:num>
  <w:num w:numId="5" w16cid:durableId="909073940">
    <w:abstractNumId w:val="7"/>
  </w:num>
  <w:num w:numId="6" w16cid:durableId="544752858">
    <w:abstractNumId w:val="3"/>
  </w:num>
  <w:num w:numId="7" w16cid:durableId="1859074187">
    <w:abstractNumId w:val="2"/>
  </w:num>
  <w:num w:numId="8" w16cid:durableId="10037196">
    <w:abstractNumId w:val="1"/>
  </w:num>
  <w:num w:numId="9" w16cid:durableId="647127134">
    <w:abstractNumId w:val="0"/>
  </w:num>
  <w:num w:numId="10" w16cid:durableId="4311266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0BC4"/>
    <w:rsid w:val="0006063C"/>
    <w:rsid w:val="001102DF"/>
    <w:rsid w:val="0015074B"/>
    <w:rsid w:val="001920CC"/>
    <w:rsid w:val="00221A2B"/>
    <w:rsid w:val="00233A41"/>
    <w:rsid w:val="002565DE"/>
    <w:rsid w:val="0029639D"/>
    <w:rsid w:val="002B0E54"/>
    <w:rsid w:val="002E767B"/>
    <w:rsid w:val="00326F90"/>
    <w:rsid w:val="003C53EE"/>
    <w:rsid w:val="004D0245"/>
    <w:rsid w:val="00510815"/>
    <w:rsid w:val="005B48F9"/>
    <w:rsid w:val="00612265"/>
    <w:rsid w:val="00646B67"/>
    <w:rsid w:val="006832F9"/>
    <w:rsid w:val="006B1415"/>
    <w:rsid w:val="007404C4"/>
    <w:rsid w:val="00746468"/>
    <w:rsid w:val="00753AF1"/>
    <w:rsid w:val="007C0A28"/>
    <w:rsid w:val="007E2CCA"/>
    <w:rsid w:val="00811AA0"/>
    <w:rsid w:val="008900AE"/>
    <w:rsid w:val="008B3988"/>
    <w:rsid w:val="008D5043"/>
    <w:rsid w:val="009052CC"/>
    <w:rsid w:val="0095650C"/>
    <w:rsid w:val="00990B1F"/>
    <w:rsid w:val="00A2094F"/>
    <w:rsid w:val="00AA1D8D"/>
    <w:rsid w:val="00AE5123"/>
    <w:rsid w:val="00B104BC"/>
    <w:rsid w:val="00B47730"/>
    <w:rsid w:val="00C27F35"/>
    <w:rsid w:val="00CB0664"/>
    <w:rsid w:val="00CB2FD7"/>
    <w:rsid w:val="00DA0EDB"/>
    <w:rsid w:val="00E73282"/>
    <w:rsid w:val="00ED435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70D18F"/>
  <w14:defaultImageDpi w14:val="300"/>
  <w15:docId w15:val="{7E5F8DB2-0F0E-49F2-882E-0A8466F70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80" w:lineRule="exact"/>
    </w:pPr>
    <w:rPr>
      <w:rFonts w:ascii="Noto Sans CJK JP" w:eastAsia="Noto Sans CJK JP" w:hAnsi="Noto Sans CJK JP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spacing w:val="5"/>
      <w:kern w:val="28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">
    <w:name w:val="Hyperlink"/>
    <w:basedOn w:val="a2"/>
    <w:uiPriority w:val="99"/>
    <w:unhideWhenUsed/>
    <w:rsid w:val="008D5043"/>
    <w:rPr>
      <w:color w:val="0000FF" w:themeColor="hyperlink"/>
      <w:u w:val="single"/>
    </w:rPr>
  </w:style>
  <w:style w:type="character" w:styleId="aff0">
    <w:name w:val="Unresolved Mention"/>
    <w:basedOn w:val="a2"/>
    <w:uiPriority w:val="99"/>
    <w:semiHidden/>
    <w:unhideWhenUsed/>
    <w:rsid w:val="008D50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146</Words>
  <Characters>836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生活用水資機材貸与申請書兼受領票</vt:lpstr>
      <vt:lpstr/>
    </vt:vector>
  </TitlesOfParts>
  <Manager/>
  <Company/>
  <LinksUpToDate>false</LinksUpToDate>
  <CharactersWithSpaces>981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生活用水資機材貸与申請書兼受領票</dc:title>
  <dc:subject/>
  <dc:creator>八代市 地下水緊急対応TF</dc:creator>
  <cp:keywords/>
  <dc:description>市民記入欄を縮減。本人は氏名・住所・電話番号1件、使用者本人チェック・設置住所チェック。代理時は使用者氏名と設置住所を確認。利用者電話・関係・ふりがな・押印・証明書添付・受領時の氏名再記入を設けない。状況は職員聞き取りで補記。参考様式：伊勢原市、小樽市、習志野市、岡山市、真庭市、名取市の公開貸出・借用様式を2026-10-02に確認。参照制度の返却・賠償・押印義務を転用しない。</dc:description>
  <cp:lastModifiedBy>森本　凌駕</cp:lastModifiedBy>
  <cp:revision>13</cp:revision>
  <cp:lastPrinted>2026-10-15T07:27:00Z</cp:lastPrinted>
  <dcterms:created xsi:type="dcterms:W3CDTF">2013-12-23T23:15:00Z</dcterms:created>
  <dcterms:modified xsi:type="dcterms:W3CDTF">2026-10-15T07:27:00Z</dcterms:modified>
  <cp:category/>
</cp:coreProperties>
</file>